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0C818" w14:textId="366BD5F8" w:rsidR="00C90E53" w:rsidRPr="00C90E53" w:rsidRDefault="00C90E53" w:rsidP="00C90E53">
      <w:pPr>
        <w:spacing w:after="80" w:line="240" w:lineRule="auto"/>
        <w:jc w:val="center"/>
        <w:rPr>
          <w:rFonts w:asciiTheme="minorEastAsia" w:eastAsiaTheme="minorEastAsia" w:hAnsiTheme="minorEastAsia" w:hint="eastAsia"/>
          <w:b/>
          <w:bCs/>
          <w:sz w:val="24"/>
          <w:szCs w:val="24"/>
          <w:lang w:eastAsia="ja-JP"/>
        </w:rPr>
      </w:pPr>
      <w:r w:rsidRPr="00C90E53">
        <w:rPr>
          <w:rFonts w:asciiTheme="minorEastAsia" w:eastAsiaTheme="minorEastAsia" w:hAnsiTheme="minorEastAsia" w:hint="eastAsia"/>
          <w:b/>
          <w:bCs/>
          <w:sz w:val="24"/>
          <w:szCs w:val="24"/>
          <w:lang w:eastAsia="ja-JP"/>
        </w:rPr>
        <w:t>【申し込みの前に　～実施にあたってのご案内とお願い～】</w:t>
      </w:r>
    </w:p>
    <w:p w14:paraId="6F90F2D9" w14:textId="77777777" w:rsidR="00C90E53" w:rsidRDefault="00C90E53" w:rsidP="00CB7690">
      <w:pPr>
        <w:spacing w:after="80" w:line="240" w:lineRule="auto"/>
        <w:rPr>
          <w:rFonts w:asciiTheme="minorEastAsia" w:eastAsiaTheme="minorEastAsia" w:hAnsiTheme="minorEastAsia"/>
          <w:b/>
          <w:sz w:val="21"/>
          <w:szCs w:val="21"/>
          <w:lang w:eastAsia="ja-JP"/>
        </w:rPr>
      </w:pPr>
    </w:p>
    <w:p w14:paraId="2DFDCD92" w14:textId="2B22C29E" w:rsidR="00EE2664" w:rsidRPr="00CB7690" w:rsidRDefault="00045849" w:rsidP="00CB7690">
      <w:pPr>
        <w:spacing w:after="80" w:line="240" w:lineRule="auto"/>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【申込方法】</w:t>
      </w:r>
      <w:r w:rsidRPr="00CB7690">
        <w:rPr>
          <w:rFonts w:asciiTheme="minorEastAsia" w:eastAsiaTheme="minorEastAsia" w:hAnsiTheme="minorEastAsia"/>
          <w:sz w:val="21"/>
          <w:szCs w:val="21"/>
          <w:lang w:eastAsia="ja-JP"/>
        </w:rPr>
        <w:t xml:space="preserve"> 下記申込欄にご記入のうえ、沖縄女子短期大学教学課へメールでご提出ください。</w:t>
      </w:r>
    </w:p>
    <w:p w14:paraId="7CC4184D" w14:textId="17B275CE" w:rsidR="00EE2664" w:rsidRPr="00CB7690" w:rsidRDefault="00045849" w:rsidP="00CB7690">
      <w:pPr>
        <w:spacing w:after="40" w:line="240" w:lineRule="auto"/>
        <w:ind w:firstLineChars="700" w:firstLine="1476"/>
        <w:rPr>
          <w:rFonts w:asciiTheme="minorEastAsia" w:eastAsiaTheme="minorEastAsia" w:hAnsiTheme="minorEastAsia"/>
          <w:sz w:val="21"/>
          <w:szCs w:val="21"/>
        </w:rPr>
      </w:pPr>
      <w:r w:rsidRPr="00CB7690">
        <w:rPr>
          <w:rFonts w:asciiTheme="minorEastAsia" w:eastAsiaTheme="minorEastAsia" w:hAnsiTheme="minorEastAsia"/>
          <w:b/>
          <w:sz w:val="21"/>
          <w:szCs w:val="21"/>
        </w:rPr>
        <w:t>提出先：gakuseibu@owjc.ac.jp</w:t>
      </w:r>
    </w:p>
    <w:p w14:paraId="6A46080B" w14:textId="77777777" w:rsidR="00CB7690" w:rsidRDefault="00CB7690" w:rsidP="00CB7690">
      <w:pPr>
        <w:spacing w:after="20" w:line="240" w:lineRule="auto"/>
        <w:rPr>
          <w:rFonts w:asciiTheme="minorEastAsia" w:eastAsiaTheme="minorEastAsia" w:hAnsiTheme="minorEastAsia"/>
          <w:b/>
          <w:sz w:val="21"/>
          <w:szCs w:val="21"/>
          <w:lang w:eastAsia="ja-JP"/>
        </w:rPr>
      </w:pPr>
    </w:p>
    <w:p w14:paraId="09E54001" w14:textId="4CC9F716" w:rsidR="00EE2664" w:rsidRPr="00CB7690" w:rsidRDefault="00045849" w:rsidP="00CB7690">
      <w:pPr>
        <w:spacing w:after="20" w:line="240" w:lineRule="auto"/>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【実施にあたってのご案内とお願い】</w:t>
      </w:r>
    </w:p>
    <w:p w14:paraId="52C4F7F4" w14:textId="77777777" w:rsidR="00CB7690" w:rsidRDefault="00CB7690" w:rsidP="00CB7690">
      <w:pPr>
        <w:spacing w:after="0" w:line="240" w:lineRule="auto"/>
        <w:ind w:left="198" w:hanging="142"/>
        <w:rPr>
          <w:rFonts w:asciiTheme="minorEastAsia" w:eastAsiaTheme="minorEastAsia" w:hAnsiTheme="minorEastAsia"/>
          <w:sz w:val="21"/>
          <w:szCs w:val="21"/>
          <w:lang w:eastAsia="ja-JP"/>
        </w:rPr>
      </w:pPr>
    </w:p>
    <w:p w14:paraId="23F4B0FE" w14:textId="77777777" w:rsidR="00BA602C" w:rsidRPr="00BA602C" w:rsidRDefault="00BA602C" w:rsidP="00BA602C">
      <w:pPr>
        <w:spacing w:after="0" w:line="360" w:lineRule="auto"/>
        <w:ind w:left="198" w:hanging="142"/>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・学内説明会への参加は、原則として同一年度内において</w:t>
      </w:r>
      <w:r w:rsidRPr="00BA602C">
        <w:rPr>
          <w:rFonts w:asciiTheme="minorEastAsia" w:eastAsiaTheme="minorEastAsia" w:hAnsiTheme="minorEastAsia"/>
          <w:sz w:val="21"/>
          <w:szCs w:val="21"/>
          <w:lang w:eastAsia="ja-JP"/>
        </w:rPr>
        <w:t>1企業（法人）につき1回（60分程度）とします。</w:t>
      </w:r>
    </w:p>
    <w:p w14:paraId="1E9820D3" w14:textId="77777777" w:rsidR="00BA602C" w:rsidRDefault="00BA602C" w:rsidP="00BA602C">
      <w:pPr>
        <w:spacing w:after="0" w:line="360" w:lineRule="auto"/>
        <w:ind w:left="198" w:hanging="142"/>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・学生の参加は事前申込制です。大学から周知・参加受付を行いますが、参加希望者が極端に少ない場合は、</w:t>
      </w:r>
    </w:p>
    <w:p w14:paraId="7D36C86D" w14:textId="7A976F5C" w:rsidR="00BA602C" w:rsidRPr="00BA602C" w:rsidRDefault="00BA602C" w:rsidP="00BA602C">
      <w:pPr>
        <w:spacing w:after="0" w:line="360" w:lineRule="auto"/>
        <w:ind w:left="198"/>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説明会を中止する場合があります。</w:t>
      </w:r>
    </w:p>
    <w:p w14:paraId="432F303F" w14:textId="77777777" w:rsidR="00BA602C" w:rsidRDefault="00BA602C" w:rsidP="00BA602C">
      <w:pPr>
        <w:spacing w:after="0" w:line="360" w:lineRule="auto"/>
        <w:ind w:left="198" w:hanging="142"/>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・学生は前後の授業の関係で休憩時間が</w:t>
      </w:r>
      <w:r w:rsidRPr="00BA602C">
        <w:rPr>
          <w:rFonts w:asciiTheme="minorEastAsia" w:eastAsiaTheme="minorEastAsia" w:hAnsiTheme="minorEastAsia"/>
          <w:sz w:val="21"/>
          <w:szCs w:val="21"/>
          <w:lang w:eastAsia="ja-JP"/>
        </w:rPr>
        <w:t>10分程度と限られているため、私服での参加となります。</w:t>
      </w:r>
    </w:p>
    <w:p w14:paraId="39B3FABB" w14:textId="4D2FF0A1" w:rsidR="00BA602C" w:rsidRPr="00BA602C" w:rsidRDefault="00BA602C" w:rsidP="00BA602C">
      <w:pPr>
        <w:spacing w:after="0" w:line="360" w:lineRule="auto"/>
        <w:ind w:left="198"/>
        <w:rPr>
          <w:rFonts w:asciiTheme="minorEastAsia" w:eastAsiaTheme="minorEastAsia" w:hAnsiTheme="minorEastAsia"/>
          <w:sz w:val="21"/>
          <w:szCs w:val="21"/>
          <w:lang w:eastAsia="ja-JP"/>
        </w:rPr>
      </w:pPr>
      <w:r w:rsidRPr="00BA602C">
        <w:rPr>
          <w:rFonts w:asciiTheme="minorEastAsia" w:eastAsiaTheme="minorEastAsia" w:hAnsiTheme="minorEastAsia"/>
          <w:sz w:val="21"/>
          <w:szCs w:val="21"/>
          <w:lang w:eastAsia="ja-JP"/>
        </w:rPr>
        <w:t>あらかじめご了承ください。</w:t>
      </w:r>
    </w:p>
    <w:p w14:paraId="28837A31" w14:textId="77777777" w:rsidR="00BA602C" w:rsidRDefault="00BA602C" w:rsidP="00BA602C">
      <w:pPr>
        <w:spacing w:after="0" w:line="360" w:lineRule="auto"/>
        <w:ind w:left="198" w:hanging="142"/>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・体調不良（発熱等）の症状がある場合は参加をお控えください。</w:t>
      </w:r>
    </w:p>
    <w:p w14:paraId="48A69899" w14:textId="045ABFFA" w:rsidR="00BA602C" w:rsidRPr="00BA602C" w:rsidRDefault="00BA602C" w:rsidP="00BA602C">
      <w:pPr>
        <w:spacing w:after="0" w:line="360" w:lineRule="auto"/>
        <w:ind w:left="198"/>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状況により、中止・延期または実施方法を変更する場合があります。</w:t>
      </w:r>
    </w:p>
    <w:p w14:paraId="3A38F60E" w14:textId="77777777" w:rsidR="00BA602C" w:rsidRPr="00BA602C" w:rsidRDefault="00BA602C" w:rsidP="00BA602C">
      <w:pPr>
        <w:spacing w:after="0" w:line="360" w:lineRule="auto"/>
        <w:ind w:left="198" w:hanging="142"/>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・説明会当日は、参加学生へ配布する募集要項（求人票）や企業・団体資料等をご準備ください。</w:t>
      </w:r>
    </w:p>
    <w:p w14:paraId="36445413" w14:textId="77777777" w:rsidR="00BA602C" w:rsidRPr="00BA602C" w:rsidRDefault="00BA602C" w:rsidP="00BA602C">
      <w:pPr>
        <w:spacing w:after="0" w:line="360" w:lineRule="auto"/>
        <w:ind w:left="198" w:hanging="142"/>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・飲食の提供および説明会会場外での不特定多数の学生へのチラシ配布等はご遠慮ください。</w:t>
      </w:r>
    </w:p>
    <w:p w14:paraId="066ADBF0" w14:textId="765A2056" w:rsidR="00CB7690" w:rsidRPr="00CB7690" w:rsidRDefault="00BA602C" w:rsidP="00BA602C">
      <w:pPr>
        <w:spacing w:after="0" w:line="360" w:lineRule="auto"/>
        <w:ind w:left="198" w:hanging="142"/>
        <w:rPr>
          <w:rFonts w:asciiTheme="minorEastAsia" w:eastAsiaTheme="minorEastAsia" w:hAnsiTheme="minorEastAsia"/>
          <w:sz w:val="21"/>
          <w:szCs w:val="21"/>
          <w:lang w:eastAsia="ja-JP"/>
        </w:rPr>
      </w:pPr>
      <w:r w:rsidRPr="00BA602C">
        <w:rPr>
          <w:rFonts w:asciiTheme="minorEastAsia" w:eastAsiaTheme="minorEastAsia" w:hAnsiTheme="minorEastAsia" w:hint="eastAsia"/>
          <w:sz w:val="21"/>
          <w:szCs w:val="21"/>
          <w:lang w:eastAsia="ja-JP"/>
        </w:rPr>
        <w:t>・求人票、パンフレット等の資料は、説明会終了後、</w:t>
      </w:r>
      <w:r w:rsidRPr="00BA602C">
        <w:rPr>
          <w:rFonts w:asciiTheme="minorEastAsia" w:eastAsiaTheme="minorEastAsia" w:hAnsiTheme="minorEastAsia"/>
          <w:sz w:val="21"/>
          <w:szCs w:val="21"/>
          <w:lang w:eastAsia="ja-JP"/>
        </w:rPr>
        <w:t>5部以内で資料コーナーに設置できます。</w:t>
      </w:r>
    </w:p>
    <w:p w14:paraId="54001F6D" w14:textId="77777777" w:rsidR="00BA602C" w:rsidRDefault="00BA602C" w:rsidP="00CB7690">
      <w:pPr>
        <w:spacing w:before="40" w:after="20" w:line="240" w:lineRule="auto"/>
        <w:rPr>
          <w:rFonts w:asciiTheme="minorEastAsia" w:eastAsiaTheme="minorEastAsia" w:hAnsiTheme="minorEastAsia"/>
          <w:b/>
          <w:sz w:val="21"/>
          <w:szCs w:val="21"/>
          <w:lang w:eastAsia="ja-JP"/>
        </w:rPr>
      </w:pPr>
    </w:p>
    <w:p w14:paraId="45CECFF9" w14:textId="56F36F42" w:rsidR="00EE2664" w:rsidRDefault="00045849" w:rsidP="00CB7690">
      <w:pPr>
        <w:spacing w:before="40" w:after="20" w:line="240" w:lineRule="auto"/>
        <w:rPr>
          <w:rFonts w:asciiTheme="minorEastAsia" w:eastAsiaTheme="minorEastAsia" w:hAnsiTheme="minorEastAsia"/>
          <w:b/>
          <w:sz w:val="21"/>
          <w:szCs w:val="21"/>
          <w:lang w:eastAsia="ja-JP"/>
        </w:rPr>
      </w:pPr>
      <w:r w:rsidRPr="00CB7690">
        <w:rPr>
          <w:rFonts w:asciiTheme="minorEastAsia" w:eastAsiaTheme="minorEastAsia" w:hAnsiTheme="minorEastAsia"/>
          <w:b/>
          <w:sz w:val="21"/>
          <w:szCs w:val="21"/>
          <w:lang w:eastAsia="ja-JP"/>
        </w:rPr>
        <w:t>【申込から実施までの流れ】</w:t>
      </w:r>
    </w:p>
    <w:p w14:paraId="384573D5" w14:textId="77777777" w:rsidR="00CB7690" w:rsidRPr="00CB7690" w:rsidRDefault="00CB7690" w:rsidP="00CB7690">
      <w:pPr>
        <w:spacing w:before="40" w:after="20" w:line="240" w:lineRule="auto"/>
        <w:rPr>
          <w:rFonts w:asciiTheme="minorEastAsia" w:eastAsiaTheme="minorEastAsia" w:hAnsiTheme="minorEastAsia"/>
          <w:sz w:val="21"/>
          <w:szCs w:val="21"/>
          <w:lang w:eastAsia="ja-JP"/>
        </w:rPr>
      </w:pPr>
    </w:p>
    <w:p w14:paraId="4601507A" w14:textId="77777777" w:rsidR="00CB7690" w:rsidRDefault="00045849" w:rsidP="00CB7690">
      <w:pPr>
        <w:spacing w:after="0" w:line="360" w:lineRule="auto"/>
        <w:rPr>
          <w:rFonts w:asciiTheme="minorEastAsia" w:eastAsiaTheme="minorEastAsia" w:hAnsiTheme="minorEastAsia"/>
          <w:b/>
          <w:sz w:val="21"/>
          <w:szCs w:val="21"/>
          <w:lang w:eastAsia="ja-JP"/>
        </w:rPr>
      </w:pPr>
      <w:r w:rsidRPr="00CB7690">
        <w:rPr>
          <w:rFonts w:asciiTheme="minorEastAsia" w:eastAsiaTheme="minorEastAsia" w:hAnsiTheme="minorEastAsia"/>
          <w:b/>
          <w:sz w:val="21"/>
          <w:szCs w:val="21"/>
          <w:lang w:eastAsia="ja-JP"/>
        </w:rPr>
        <w:t xml:space="preserve">1．説明会のお申し込み　</w:t>
      </w:r>
    </w:p>
    <w:p w14:paraId="2A0D67A3" w14:textId="3B793B3A" w:rsidR="00EE2664" w:rsidRPr="00CB7690" w:rsidRDefault="00045849" w:rsidP="00CB7690">
      <w:pPr>
        <w:spacing w:after="0" w:line="360" w:lineRule="auto"/>
        <w:ind w:firstLineChars="100" w:firstLine="210"/>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申込書に必要事項をご記入のうえ、メールでお申し込みください。実施日時欄は記入不要です。</w:t>
      </w:r>
    </w:p>
    <w:p w14:paraId="5AE440D6" w14:textId="77777777" w:rsidR="00CB7690" w:rsidRDefault="00045849" w:rsidP="00CB7690">
      <w:pPr>
        <w:spacing w:after="0" w:line="360" w:lineRule="auto"/>
        <w:rPr>
          <w:rFonts w:asciiTheme="minorEastAsia" w:eastAsiaTheme="minorEastAsia" w:hAnsiTheme="minorEastAsia"/>
          <w:b/>
          <w:sz w:val="21"/>
          <w:szCs w:val="21"/>
          <w:lang w:eastAsia="ja-JP"/>
        </w:rPr>
      </w:pPr>
      <w:r w:rsidRPr="00CB7690">
        <w:rPr>
          <w:rFonts w:asciiTheme="minorEastAsia" w:eastAsiaTheme="minorEastAsia" w:hAnsiTheme="minorEastAsia"/>
          <w:b/>
          <w:sz w:val="21"/>
          <w:szCs w:val="21"/>
          <w:lang w:eastAsia="ja-JP"/>
        </w:rPr>
        <w:t xml:space="preserve">2．実施日時の調整・決定　</w:t>
      </w:r>
    </w:p>
    <w:p w14:paraId="451A8CD2" w14:textId="77777777" w:rsidR="00CB7690" w:rsidRDefault="00045849" w:rsidP="00CB7690">
      <w:pPr>
        <w:spacing w:after="0" w:line="360" w:lineRule="auto"/>
        <w:ind w:firstLineChars="100" w:firstLine="210"/>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本学よりご担当者様へ連絡し、実施日時を調整します。</w:t>
      </w:r>
    </w:p>
    <w:p w14:paraId="5F4DAC6F" w14:textId="019826F1" w:rsidR="00EE2664" w:rsidRPr="00CB7690" w:rsidRDefault="00045849" w:rsidP="00CB7690">
      <w:pPr>
        <w:spacing w:after="0" w:line="360" w:lineRule="auto"/>
        <w:ind w:firstLineChars="100" w:firstLine="210"/>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申込後2週間程度経過しても連絡がない場合は、お問い合わせください。</w:t>
      </w:r>
    </w:p>
    <w:p w14:paraId="5B861C67" w14:textId="77777777" w:rsidR="00CB7690" w:rsidRDefault="00045849" w:rsidP="00CB7690">
      <w:pPr>
        <w:spacing w:after="0" w:line="360" w:lineRule="auto"/>
        <w:rPr>
          <w:rFonts w:asciiTheme="minorEastAsia" w:eastAsiaTheme="minorEastAsia" w:hAnsiTheme="minorEastAsia"/>
          <w:b/>
          <w:sz w:val="21"/>
          <w:szCs w:val="21"/>
          <w:lang w:eastAsia="ja-JP"/>
        </w:rPr>
      </w:pPr>
      <w:r w:rsidRPr="00CB7690">
        <w:rPr>
          <w:rFonts w:asciiTheme="minorEastAsia" w:eastAsiaTheme="minorEastAsia" w:hAnsiTheme="minorEastAsia"/>
          <w:b/>
          <w:sz w:val="21"/>
          <w:szCs w:val="21"/>
          <w:lang w:eastAsia="ja-JP"/>
        </w:rPr>
        <w:t xml:space="preserve">3．学生周知用ポスターのご提出　</w:t>
      </w:r>
    </w:p>
    <w:p w14:paraId="41DCFE75" w14:textId="269920A5" w:rsidR="00EE2664" w:rsidRPr="00CB7690" w:rsidRDefault="00045849" w:rsidP="00CB7690">
      <w:pPr>
        <w:spacing w:after="0" w:line="360" w:lineRule="auto"/>
        <w:ind w:firstLineChars="100" w:firstLine="210"/>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実施日決定後、学生周知用ポスター（A4縦・PDF）をご提出ください。</w:t>
      </w:r>
    </w:p>
    <w:p w14:paraId="6AD4CF04" w14:textId="77777777" w:rsidR="00CB7690" w:rsidRDefault="00045849" w:rsidP="00CB7690">
      <w:pPr>
        <w:spacing w:after="0" w:line="360" w:lineRule="auto"/>
        <w:ind w:firstLineChars="100" w:firstLine="211"/>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【ポスター必須記載事項】</w:t>
      </w:r>
      <w:r w:rsidRPr="00CB7690">
        <w:rPr>
          <w:rFonts w:asciiTheme="minorEastAsia" w:eastAsiaTheme="minorEastAsia" w:hAnsiTheme="minorEastAsia"/>
          <w:sz w:val="21"/>
          <w:szCs w:val="21"/>
          <w:lang w:eastAsia="ja-JP"/>
        </w:rPr>
        <w:t xml:space="preserve"> </w:t>
      </w:r>
    </w:p>
    <w:p w14:paraId="561AAA11" w14:textId="3CE65294" w:rsidR="00EE2664" w:rsidRPr="00CB7690" w:rsidRDefault="00045849" w:rsidP="00CB7690">
      <w:pPr>
        <w:spacing w:after="0" w:line="360" w:lineRule="auto"/>
        <w:ind w:leftChars="200" w:left="360"/>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タイトル「沖縄女子短期大学 学内企業説明会」／企業名／日時／場所「沖縄女子短期大学」／申込締切</w:t>
      </w:r>
      <w:r>
        <w:rPr>
          <w:rFonts w:asciiTheme="minorEastAsia" w:eastAsiaTheme="minorEastAsia" w:hAnsiTheme="minorEastAsia" w:hint="eastAsia"/>
          <w:sz w:val="21"/>
          <w:szCs w:val="21"/>
          <w:lang w:eastAsia="ja-JP"/>
        </w:rPr>
        <w:t>日</w:t>
      </w:r>
      <w:r w:rsidR="00CB7690">
        <w:rPr>
          <w:rFonts w:asciiTheme="minorEastAsia" w:eastAsiaTheme="minorEastAsia" w:hAnsiTheme="minorEastAsia" w:hint="eastAsia"/>
          <w:sz w:val="21"/>
          <w:szCs w:val="21"/>
          <w:lang w:eastAsia="ja-JP"/>
        </w:rPr>
        <w:t xml:space="preserve">　</w:t>
      </w:r>
      <w:r w:rsidRPr="00CB7690">
        <w:rPr>
          <w:rFonts w:asciiTheme="minorEastAsia" w:eastAsiaTheme="minorEastAsia" w:hAnsiTheme="minorEastAsia"/>
          <w:sz w:val="21"/>
          <w:szCs w:val="21"/>
          <w:lang w:eastAsia="ja-JP"/>
        </w:rPr>
        <w:t>（原則、実施3日前）／申込用QRコード</w:t>
      </w:r>
      <w:r w:rsidRPr="00045849">
        <w:rPr>
          <w:rFonts w:asciiTheme="minorEastAsia" w:eastAsiaTheme="minorEastAsia" w:hAnsiTheme="minorEastAsia" w:hint="eastAsia"/>
          <w:sz w:val="21"/>
          <w:szCs w:val="21"/>
          <w:lang w:eastAsia="ja-JP"/>
        </w:rPr>
        <w:t>（※申込後、本学よりお送りします。）</w:t>
      </w:r>
    </w:p>
    <w:p w14:paraId="57FB26AA" w14:textId="7BE0A95D" w:rsidR="00EE2664" w:rsidRPr="00CB7690" w:rsidRDefault="00045849" w:rsidP="00CB7690">
      <w:pPr>
        <w:spacing w:after="0" w:line="360" w:lineRule="auto"/>
        <w:ind w:left="283"/>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w:t>
      </w:r>
      <w:r w:rsidRPr="00045849">
        <w:rPr>
          <w:rFonts w:asciiTheme="minorEastAsia" w:eastAsiaTheme="minorEastAsia" w:hAnsiTheme="minorEastAsia" w:hint="eastAsia"/>
          <w:sz w:val="21"/>
          <w:szCs w:val="21"/>
          <w:lang w:eastAsia="ja-JP"/>
        </w:rPr>
        <w:t>学生に貴社・団体の業種や募集職種等が伝わりやすい内容・デザインとしていただけますと幸いです。</w:t>
      </w:r>
    </w:p>
    <w:p w14:paraId="59073574" w14:textId="77777777" w:rsidR="00EE2664" w:rsidRPr="00CB7690" w:rsidRDefault="00045849" w:rsidP="00CB7690">
      <w:pPr>
        <w:spacing w:after="0" w:line="360" w:lineRule="auto"/>
        <w:ind w:left="283"/>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※申込締切を変更する場合は、本学へお知らせください。</w:t>
      </w:r>
    </w:p>
    <w:p w14:paraId="63EF3A5A" w14:textId="77777777" w:rsidR="00CB7690" w:rsidRDefault="00045849" w:rsidP="00CB7690">
      <w:pPr>
        <w:spacing w:after="0" w:line="360" w:lineRule="auto"/>
        <w:rPr>
          <w:rFonts w:asciiTheme="minorEastAsia" w:eastAsiaTheme="minorEastAsia" w:hAnsiTheme="minorEastAsia"/>
          <w:b/>
          <w:sz w:val="21"/>
          <w:szCs w:val="21"/>
          <w:lang w:eastAsia="ja-JP"/>
        </w:rPr>
      </w:pPr>
      <w:r w:rsidRPr="00CB7690">
        <w:rPr>
          <w:rFonts w:asciiTheme="minorEastAsia" w:eastAsiaTheme="minorEastAsia" w:hAnsiTheme="minorEastAsia"/>
          <w:b/>
          <w:sz w:val="21"/>
          <w:szCs w:val="21"/>
          <w:lang w:eastAsia="ja-JP"/>
        </w:rPr>
        <w:t xml:space="preserve">4．学生への周知・参加受付　</w:t>
      </w:r>
    </w:p>
    <w:p w14:paraId="049A79FD" w14:textId="60B391DA" w:rsidR="00EE2664" w:rsidRPr="00CB7690" w:rsidRDefault="00045849" w:rsidP="00CB7690">
      <w:pPr>
        <w:spacing w:after="0" w:line="360" w:lineRule="auto"/>
        <w:ind w:firstLineChars="100" w:firstLine="210"/>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本学にて学生への周知・参加受付を行います。</w:t>
      </w:r>
    </w:p>
    <w:p w14:paraId="388A3105" w14:textId="77777777" w:rsidR="00CB7690" w:rsidRDefault="00045849" w:rsidP="00CB7690">
      <w:pPr>
        <w:spacing w:after="40" w:line="360" w:lineRule="auto"/>
        <w:rPr>
          <w:rFonts w:asciiTheme="minorEastAsia" w:eastAsiaTheme="minorEastAsia" w:hAnsiTheme="minorEastAsia"/>
          <w:b/>
          <w:sz w:val="21"/>
          <w:szCs w:val="21"/>
          <w:lang w:eastAsia="ja-JP"/>
        </w:rPr>
      </w:pPr>
      <w:r w:rsidRPr="00CB7690">
        <w:rPr>
          <w:rFonts w:asciiTheme="minorEastAsia" w:eastAsiaTheme="minorEastAsia" w:hAnsiTheme="minorEastAsia"/>
          <w:b/>
          <w:sz w:val="21"/>
          <w:szCs w:val="21"/>
          <w:lang w:eastAsia="ja-JP"/>
        </w:rPr>
        <w:t xml:space="preserve">5．説明会当日　</w:t>
      </w:r>
    </w:p>
    <w:p w14:paraId="35468008" w14:textId="6B9E720C" w:rsidR="00EE2664" w:rsidRDefault="00045849" w:rsidP="00CB7690">
      <w:pPr>
        <w:spacing w:after="40" w:line="360" w:lineRule="auto"/>
        <w:ind w:firstLineChars="100" w:firstLine="210"/>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開始20分前を目安にご来校いただき、1階事務局までお越しください。</w:t>
      </w:r>
    </w:p>
    <w:p w14:paraId="3BC2050D" w14:textId="77777777" w:rsidR="00CB7690" w:rsidRPr="00CB7690" w:rsidRDefault="00CB7690" w:rsidP="00CB7690">
      <w:pPr>
        <w:spacing w:after="40" w:line="360" w:lineRule="auto"/>
        <w:rPr>
          <w:rFonts w:asciiTheme="minorEastAsia" w:eastAsiaTheme="minorEastAsia" w:hAnsiTheme="minorEastAsia"/>
          <w:sz w:val="21"/>
          <w:szCs w:val="21"/>
          <w:lang w:eastAsia="ja-JP"/>
        </w:rPr>
      </w:pPr>
    </w:p>
    <w:p w14:paraId="49E3800E" w14:textId="77777777" w:rsidR="00C90E53" w:rsidRPr="00C90E53" w:rsidRDefault="00C90E53" w:rsidP="00C90E53">
      <w:pPr>
        <w:spacing w:before="40" w:after="20" w:line="240" w:lineRule="auto"/>
        <w:jc w:val="center"/>
        <w:rPr>
          <w:rFonts w:asciiTheme="minorEastAsia" w:eastAsiaTheme="minorEastAsia" w:hAnsiTheme="minorEastAsia"/>
          <w:b/>
          <w:sz w:val="28"/>
          <w:szCs w:val="28"/>
          <w:lang w:eastAsia="ja-JP"/>
        </w:rPr>
      </w:pPr>
      <w:r w:rsidRPr="00C90E53">
        <w:rPr>
          <w:rFonts w:asciiTheme="minorEastAsia" w:eastAsiaTheme="minorEastAsia" w:hAnsiTheme="minorEastAsia" w:hint="eastAsia"/>
          <w:b/>
          <w:sz w:val="28"/>
          <w:szCs w:val="28"/>
          <w:lang w:eastAsia="ja-JP"/>
        </w:rPr>
        <w:lastRenderedPageBreak/>
        <w:t>沖縄女子短期大学「学内説明会」参加申込書</w:t>
      </w:r>
    </w:p>
    <w:p w14:paraId="2CCA5EBA" w14:textId="37B474E0" w:rsidR="00947BAD" w:rsidRPr="00C90E53" w:rsidRDefault="00C90E53" w:rsidP="00C90E53">
      <w:pPr>
        <w:spacing w:before="40" w:after="20" w:line="240" w:lineRule="auto"/>
        <w:jc w:val="center"/>
        <w:rPr>
          <w:rFonts w:asciiTheme="minorEastAsia" w:eastAsiaTheme="minorEastAsia" w:hAnsiTheme="minorEastAsia"/>
          <w:b/>
          <w:sz w:val="28"/>
          <w:szCs w:val="28"/>
          <w:lang w:eastAsia="ja-JP"/>
        </w:rPr>
      </w:pPr>
      <w:r w:rsidRPr="00C90E53">
        <w:rPr>
          <w:rFonts w:asciiTheme="minorEastAsia" w:eastAsiaTheme="minorEastAsia" w:hAnsiTheme="minorEastAsia" w:hint="eastAsia"/>
          <w:b/>
          <w:sz w:val="28"/>
          <w:szCs w:val="28"/>
          <w:lang w:eastAsia="ja-JP"/>
        </w:rPr>
        <w:t>【一般企業・団体用】</w:t>
      </w:r>
    </w:p>
    <w:p w14:paraId="43FA603D" w14:textId="77777777" w:rsidR="00C90E53" w:rsidRDefault="00C90E53" w:rsidP="00947BAD">
      <w:pPr>
        <w:spacing w:before="40" w:after="20" w:line="240" w:lineRule="auto"/>
        <w:rPr>
          <w:rFonts w:asciiTheme="minorEastAsia" w:eastAsiaTheme="minorEastAsia" w:hAnsiTheme="minorEastAsia"/>
          <w:b/>
          <w:sz w:val="21"/>
          <w:szCs w:val="21"/>
          <w:lang w:eastAsia="ja-JP"/>
        </w:rPr>
      </w:pPr>
    </w:p>
    <w:p w14:paraId="6C6BBE80" w14:textId="0A42E93C" w:rsidR="00947BAD" w:rsidRPr="00947BAD" w:rsidRDefault="00947BAD" w:rsidP="00947BAD">
      <w:pPr>
        <w:spacing w:before="40" w:after="20" w:line="240" w:lineRule="auto"/>
        <w:rPr>
          <w:rFonts w:asciiTheme="minorEastAsia" w:eastAsiaTheme="minorEastAsia" w:hAnsiTheme="minorEastAsia"/>
          <w:b/>
          <w:sz w:val="21"/>
          <w:szCs w:val="21"/>
          <w:lang w:eastAsia="ja-JP"/>
        </w:rPr>
      </w:pPr>
      <w:r w:rsidRPr="00947BAD">
        <w:rPr>
          <w:rFonts w:asciiTheme="minorEastAsia" w:eastAsiaTheme="minorEastAsia" w:hAnsiTheme="minorEastAsia" w:hint="eastAsia"/>
          <w:b/>
          <w:sz w:val="21"/>
          <w:szCs w:val="21"/>
          <w:lang w:eastAsia="ja-JP"/>
        </w:rPr>
        <w:t>【提出前に】「申し込みの前に～実施にあたってのご案内とお願い～」に同意しますか？（</w:t>
      </w:r>
      <w:r w:rsidRPr="00947BAD">
        <w:rPr>
          <w:rFonts w:asciiTheme="minorEastAsia" w:eastAsiaTheme="minorEastAsia" w:hAnsiTheme="minorEastAsia"/>
          <w:b/>
          <w:sz w:val="21"/>
          <w:szCs w:val="21"/>
          <w:lang w:eastAsia="ja-JP"/>
        </w:rPr>
        <w:t xml:space="preserve"> はい ・ いいえ ）</w:t>
      </w:r>
    </w:p>
    <w:p w14:paraId="6054BD15" w14:textId="7C7833CD" w:rsidR="00B20CD2" w:rsidRDefault="00947BAD" w:rsidP="00947BAD">
      <w:pPr>
        <w:spacing w:before="40" w:after="20" w:line="240" w:lineRule="auto"/>
        <w:rPr>
          <w:rFonts w:asciiTheme="minorEastAsia" w:eastAsiaTheme="minorEastAsia" w:hAnsiTheme="minorEastAsia"/>
          <w:b/>
          <w:sz w:val="21"/>
          <w:szCs w:val="21"/>
          <w:lang w:eastAsia="ja-JP"/>
        </w:rPr>
      </w:pPr>
      <w:r w:rsidRPr="00947BAD">
        <w:rPr>
          <w:rFonts w:asciiTheme="minorEastAsia" w:eastAsiaTheme="minorEastAsia" w:hAnsiTheme="minorEastAsia" w:hint="eastAsia"/>
          <w:b/>
          <w:sz w:val="21"/>
          <w:szCs w:val="21"/>
          <w:lang w:eastAsia="ja-JP"/>
        </w:rPr>
        <w:t xml:space="preserve">　　　　　　</w:t>
      </w:r>
      <w:r w:rsidRPr="00947BAD">
        <w:rPr>
          <w:rFonts w:asciiTheme="minorEastAsia" w:eastAsiaTheme="minorEastAsia" w:hAnsiTheme="minorEastAsia"/>
          <w:b/>
          <w:sz w:val="21"/>
          <w:szCs w:val="21"/>
          <w:lang w:eastAsia="ja-JP"/>
        </w:rPr>
        <w:t xml:space="preserve"> 紹介文は150文字以内ですか？（ はい ・ いいえ ）</w:t>
      </w:r>
    </w:p>
    <w:p w14:paraId="0117CFEF" w14:textId="77777777" w:rsidR="00947BAD" w:rsidRDefault="00947BAD">
      <w:pPr>
        <w:spacing w:before="40" w:after="20" w:line="240" w:lineRule="auto"/>
        <w:rPr>
          <w:rFonts w:asciiTheme="minorEastAsia" w:eastAsiaTheme="minorEastAsia" w:hAnsiTheme="minorEastAsia"/>
          <w:b/>
          <w:sz w:val="21"/>
          <w:szCs w:val="21"/>
          <w:lang w:eastAsia="ja-JP"/>
        </w:rPr>
      </w:pPr>
    </w:p>
    <w:p w14:paraId="6CAA7152" w14:textId="7C4E3BB0" w:rsidR="00EE2664" w:rsidRPr="00CB7690" w:rsidRDefault="00045849">
      <w:pPr>
        <w:spacing w:before="40" w:after="20" w:line="240" w:lineRule="auto"/>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Ⅰ．参加申込について</w:t>
      </w:r>
    </w:p>
    <w:tbl>
      <w:tblPr>
        <w:tblStyle w:val="afe"/>
        <w:tblW w:w="10818" w:type="dxa"/>
        <w:jc w:val="center"/>
        <w:tblLook w:val="04A0" w:firstRow="1" w:lastRow="0" w:firstColumn="1" w:lastColumn="0" w:noHBand="0" w:noVBand="1"/>
      </w:tblPr>
      <w:tblGrid>
        <w:gridCol w:w="2315"/>
        <w:gridCol w:w="3093"/>
        <w:gridCol w:w="2704"/>
        <w:gridCol w:w="2706"/>
      </w:tblGrid>
      <w:tr w:rsidR="00EE2664" w:rsidRPr="00CB7690" w14:paraId="5D3ADE25" w14:textId="77777777" w:rsidTr="005D1149">
        <w:trPr>
          <w:trHeight w:val="553"/>
          <w:jc w:val="center"/>
        </w:trPr>
        <w:tc>
          <w:tcPr>
            <w:tcW w:w="2315" w:type="dxa"/>
            <w:shd w:val="clear" w:color="auto" w:fill="DAEEF3" w:themeFill="accent5" w:themeFillTint="33"/>
            <w:vAlign w:val="center"/>
          </w:tcPr>
          <w:p w14:paraId="61CA3C64"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貴社・団体名</w:t>
            </w:r>
          </w:p>
        </w:tc>
        <w:tc>
          <w:tcPr>
            <w:tcW w:w="3093" w:type="dxa"/>
            <w:vAlign w:val="center"/>
          </w:tcPr>
          <w:p w14:paraId="267BADDC" w14:textId="77777777" w:rsidR="00EE2664" w:rsidRPr="00CB7690" w:rsidRDefault="00EE2664">
            <w:pPr>
              <w:rPr>
                <w:rFonts w:asciiTheme="minorEastAsia" w:eastAsiaTheme="minorEastAsia" w:hAnsiTheme="minorEastAsia"/>
                <w:sz w:val="21"/>
                <w:szCs w:val="21"/>
              </w:rPr>
            </w:pPr>
          </w:p>
        </w:tc>
        <w:tc>
          <w:tcPr>
            <w:tcW w:w="2704" w:type="dxa"/>
            <w:shd w:val="clear" w:color="auto" w:fill="DAEEF3" w:themeFill="accent5" w:themeFillTint="33"/>
            <w:vAlign w:val="center"/>
          </w:tcPr>
          <w:p w14:paraId="71C9891E"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業種</w:t>
            </w:r>
          </w:p>
        </w:tc>
        <w:tc>
          <w:tcPr>
            <w:tcW w:w="2706" w:type="dxa"/>
            <w:vAlign w:val="center"/>
          </w:tcPr>
          <w:p w14:paraId="5B9E2694" w14:textId="77777777" w:rsidR="00EE2664" w:rsidRPr="00CB7690" w:rsidRDefault="00EE2664">
            <w:pPr>
              <w:rPr>
                <w:rFonts w:asciiTheme="minorEastAsia" w:eastAsiaTheme="minorEastAsia" w:hAnsiTheme="minorEastAsia"/>
                <w:sz w:val="21"/>
                <w:szCs w:val="21"/>
              </w:rPr>
            </w:pPr>
          </w:p>
        </w:tc>
      </w:tr>
      <w:tr w:rsidR="00EE2664" w:rsidRPr="00CB7690" w14:paraId="299B1494" w14:textId="77777777" w:rsidTr="005D1149">
        <w:trPr>
          <w:trHeight w:val="546"/>
          <w:jc w:val="center"/>
        </w:trPr>
        <w:tc>
          <w:tcPr>
            <w:tcW w:w="2315" w:type="dxa"/>
            <w:shd w:val="clear" w:color="auto" w:fill="DAEEF3" w:themeFill="accent5" w:themeFillTint="33"/>
            <w:vAlign w:val="center"/>
          </w:tcPr>
          <w:p w14:paraId="36691E3D"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ご担当者氏名</w:t>
            </w:r>
          </w:p>
        </w:tc>
        <w:tc>
          <w:tcPr>
            <w:tcW w:w="3093" w:type="dxa"/>
            <w:vAlign w:val="center"/>
          </w:tcPr>
          <w:p w14:paraId="79B9DA1B" w14:textId="77777777" w:rsidR="00EE2664" w:rsidRPr="00CB7690" w:rsidRDefault="00EE2664">
            <w:pPr>
              <w:rPr>
                <w:rFonts w:asciiTheme="minorEastAsia" w:eastAsiaTheme="minorEastAsia" w:hAnsiTheme="minorEastAsia"/>
                <w:sz w:val="21"/>
                <w:szCs w:val="21"/>
              </w:rPr>
            </w:pPr>
          </w:p>
        </w:tc>
        <w:tc>
          <w:tcPr>
            <w:tcW w:w="2704" w:type="dxa"/>
            <w:shd w:val="clear" w:color="auto" w:fill="DAEEF3" w:themeFill="accent5" w:themeFillTint="33"/>
            <w:vAlign w:val="center"/>
          </w:tcPr>
          <w:p w14:paraId="69F136BE"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TEL</w:t>
            </w:r>
          </w:p>
        </w:tc>
        <w:tc>
          <w:tcPr>
            <w:tcW w:w="2706" w:type="dxa"/>
            <w:vAlign w:val="center"/>
          </w:tcPr>
          <w:p w14:paraId="65CDF774" w14:textId="77777777" w:rsidR="00EE2664" w:rsidRPr="00CB7690" w:rsidRDefault="00EE2664">
            <w:pPr>
              <w:rPr>
                <w:rFonts w:asciiTheme="minorEastAsia" w:eastAsiaTheme="minorEastAsia" w:hAnsiTheme="minorEastAsia"/>
                <w:sz w:val="21"/>
                <w:szCs w:val="21"/>
              </w:rPr>
            </w:pPr>
          </w:p>
        </w:tc>
      </w:tr>
      <w:tr w:rsidR="00D23719" w:rsidRPr="00CB7690" w14:paraId="7E962B6B" w14:textId="77777777" w:rsidTr="005D1149">
        <w:trPr>
          <w:trHeight w:val="696"/>
          <w:jc w:val="center"/>
        </w:trPr>
        <w:tc>
          <w:tcPr>
            <w:tcW w:w="2315" w:type="dxa"/>
            <w:shd w:val="clear" w:color="auto" w:fill="DAEEF3" w:themeFill="accent5" w:themeFillTint="33"/>
            <w:vAlign w:val="center"/>
          </w:tcPr>
          <w:p w14:paraId="3D7139C6" w14:textId="775FC493" w:rsidR="00D23719" w:rsidRPr="00CB7690" w:rsidRDefault="00D23719" w:rsidP="00D23719">
            <w:pPr>
              <w:rPr>
                <w:rFonts w:asciiTheme="minorEastAsia" w:eastAsiaTheme="minorEastAsia" w:hAnsiTheme="minorEastAsia"/>
                <w:sz w:val="21"/>
                <w:szCs w:val="21"/>
              </w:rPr>
            </w:pPr>
            <w:r w:rsidRPr="00CB7690">
              <w:rPr>
                <w:rFonts w:asciiTheme="minorEastAsia" w:eastAsiaTheme="minorEastAsia" w:hAnsiTheme="minorEastAsia"/>
                <w:b/>
                <w:sz w:val="21"/>
                <w:szCs w:val="21"/>
              </w:rPr>
              <w:t>雇用形態</w:t>
            </w:r>
          </w:p>
        </w:tc>
        <w:tc>
          <w:tcPr>
            <w:tcW w:w="3093" w:type="dxa"/>
            <w:vAlign w:val="center"/>
          </w:tcPr>
          <w:p w14:paraId="30053816" w14:textId="77777777" w:rsidR="00D23719" w:rsidRDefault="00D23719" w:rsidP="00D23719">
            <w:pPr>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□正規</w:t>
            </w:r>
            <w:r>
              <w:rPr>
                <w:rFonts w:asciiTheme="minorEastAsia" w:eastAsiaTheme="minorEastAsia" w:hAnsiTheme="minorEastAsia" w:hint="eastAsia"/>
                <w:sz w:val="21"/>
                <w:szCs w:val="21"/>
                <w:lang w:eastAsia="ja-JP"/>
              </w:rPr>
              <w:t xml:space="preserve">　</w:t>
            </w:r>
            <w:r w:rsidRPr="00CB7690">
              <w:rPr>
                <w:rFonts w:asciiTheme="minorEastAsia" w:eastAsiaTheme="minorEastAsia" w:hAnsiTheme="minorEastAsia"/>
                <w:sz w:val="21"/>
                <w:szCs w:val="21"/>
                <w:lang w:eastAsia="ja-JP"/>
              </w:rPr>
              <w:t xml:space="preserve">　□非正規</w:t>
            </w:r>
          </w:p>
          <w:p w14:paraId="3BC229C3" w14:textId="5345610F" w:rsidR="00D23719" w:rsidRPr="00CB7690" w:rsidRDefault="00D23719" w:rsidP="00D23719">
            <w:pPr>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□その他</w:t>
            </w:r>
          </w:p>
        </w:tc>
        <w:tc>
          <w:tcPr>
            <w:tcW w:w="2704" w:type="dxa"/>
            <w:shd w:val="clear" w:color="auto" w:fill="DAEEF3" w:themeFill="accent5" w:themeFillTint="33"/>
            <w:vAlign w:val="center"/>
          </w:tcPr>
          <w:p w14:paraId="22C8E699" w14:textId="77777777" w:rsidR="00D23719" w:rsidRPr="00CB7690" w:rsidRDefault="00D23719" w:rsidP="00D23719">
            <w:pPr>
              <w:rPr>
                <w:rFonts w:asciiTheme="minorEastAsia" w:eastAsiaTheme="minorEastAsia" w:hAnsiTheme="minorEastAsia"/>
                <w:sz w:val="21"/>
                <w:szCs w:val="21"/>
              </w:rPr>
            </w:pPr>
            <w:r w:rsidRPr="00CB7690">
              <w:rPr>
                <w:rFonts w:asciiTheme="minorEastAsia" w:eastAsiaTheme="minorEastAsia" w:hAnsiTheme="minorEastAsia"/>
                <w:b/>
                <w:sz w:val="21"/>
                <w:szCs w:val="21"/>
              </w:rPr>
              <w:t>E-mail</w:t>
            </w:r>
          </w:p>
        </w:tc>
        <w:tc>
          <w:tcPr>
            <w:tcW w:w="2706" w:type="dxa"/>
            <w:vAlign w:val="center"/>
          </w:tcPr>
          <w:p w14:paraId="10433D5F" w14:textId="77777777" w:rsidR="00D23719" w:rsidRPr="00CB7690" w:rsidRDefault="00D23719" w:rsidP="00D23719">
            <w:pPr>
              <w:rPr>
                <w:rFonts w:asciiTheme="minorEastAsia" w:eastAsiaTheme="minorEastAsia" w:hAnsiTheme="minorEastAsia"/>
                <w:sz w:val="21"/>
                <w:szCs w:val="21"/>
              </w:rPr>
            </w:pPr>
          </w:p>
        </w:tc>
      </w:tr>
      <w:tr w:rsidR="00D23719" w:rsidRPr="00CB7690" w14:paraId="13E52E37" w14:textId="77777777" w:rsidTr="005D1149">
        <w:trPr>
          <w:trHeight w:val="841"/>
          <w:jc w:val="center"/>
        </w:trPr>
        <w:tc>
          <w:tcPr>
            <w:tcW w:w="2315" w:type="dxa"/>
            <w:shd w:val="clear" w:color="auto" w:fill="DAEEF3" w:themeFill="accent5" w:themeFillTint="33"/>
            <w:vAlign w:val="center"/>
          </w:tcPr>
          <w:p w14:paraId="620C93C4" w14:textId="02DB59C9" w:rsidR="00D23719" w:rsidRPr="00D23719" w:rsidRDefault="00D23719" w:rsidP="00D23719">
            <w:pPr>
              <w:rPr>
                <w:rFonts w:asciiTheme="minorEastAsia" w:eastAsiaTheme="minorEastAsia" w:hAnsiTheme="minorEastAsia"/>
                <w:b/>
                <w:bCs/>
                <w:sz w:val="21"/>
                <w:szCs w:val="21"/>
                <w:lang w:eastAsia="ja-JP"/>
              </w:rPr>
            </w:pPr>
            <w:r w:rsidRPr="00D23719">
              <w:rPr>
                <w:rFonts w:asciiTheme="minorEastAsia" w:eastAsiaTheme="minorEastAsia" w:hAnsiTheme="minorEastAsia" w:hint="eastAsia"/>
                <w:b/>
                <w:bCs/>
                <w:sz w:val="21"/>
                <w:szCs w:val="21"/>
                <w:lang w:eastAsia="ja-JP"/>
              </w:rPr>
              <w:t>住所</w:t>
            </w:r>
          </w:p>
        </w:tc>
        <w:tc>
          <w:tcPr>
            <w:tcW w:w="8503" w:type="dxa"/>
            <w:gridSpan w:val="3"/>
            <w:vAlign w:val="center"/>
          </w:tcPr>
          <w:p w14:paraId="119B7506" w14:textId="2E0F0AF8" w:rsidR="00D23719" w:rsidRPr="00CB7690" w:rsidRDefault="00D23719" w:rsidP="00D23719">
            <w:pPr>
              <w:rPr>
                <w:rFonts w:asciiTheme="minorEastAsia" w:eastAsiaTheme="minorEastAsia" w:hAnsiTheme="minorEastAsia"/>
                <w:sz w:val="21"/>
                <w:szCs w:val="21"/>
                <w:lang w:eastAsia="ja-JP"/>
              </w:rPr>
            </w:pPr>
          </w:p>
        </w:tc>
      </w:tr>
      <w:tr w:rsidR="00D23719" w:rsidRPr="00CB7690" w14:paraId="112ECE74" w14:textId="77777777" w:rsidTr="005D1149">
        <w:trPr>
          <w:trHeight w:val="701"/>
          <w:jc w:val="center"/>
        </w:trPr>
        <w:tc>
          <w:tcPr>
            <w:tcW w:w="2315" w:type="dxa"/>
            <w:shd w:val="clear" w:color="auto" w:fill="DAEEF3" w:themeFill="accent5" w:themeFillTint="33"/>
            <w:vAlign w:val="center"/>
          </w:tcPr>
          <w:p w14:paraId="16AB5714" w14:textId="25956597" w:rsidR="00D23719" w:rsidRPr="00CB7690" w:rsidRDefault="00D23719" w:rsidP="00D23719">
            <w:pPr>
              <w:rPr>
                <w:rFonts w:asciiTheme="minorEastAsia" w:eastAsiaTheme="minorEastAsia" w:hAnsiTheme="minorEastAsia"/>
                <w:b/>
                <w:sz w:val="21"/>
                <w:szCs w:val="21"/>
              </w:rPr>
            </w:pPr>
            <w:r w:rsidRPr="00D23719">
              <w:rPr>
                <w:rFonts w:asciiTheme="minorEastAsia" w:eastAsiaTheme="minorEastAsia" w:hAnsiTheme="minorEastAsia" w:hint="eastAsia"/>
                <w:b/>
                <w:sz w:val="21"/>
                <w:szCs w:val="21"/>
              </w:rPr>
              <w:t>採用の応募受付期間</w:t>
            </w:r>
          </w:p>
        </w:tc>
        <w:tc>
          <w:tcPr>
            <w:tcW w:w="8503" w:type="dxa"/>
            <w:gridSpan w:val="3"/>
            <w:vAlign w:val="center"/>
          </w:tcPr>
          <w:p w14:paraId="470105BD" w14:textId="77777777" w:rsidR="00D23719" w:rsidRPr="00B20CD2" w:rsidRDefault="00D23719" w:rsidP="00D23719">
            <w:pPr>
              <w:rPr>
                <w:rFonts w:asciiTheme="minorEastAsia" w:eastAsiaTheme="minorEastAsia" w:hAnsiTheme="minorEastAsia"/>
                <w:color w:val="4F81BD" w:themeColor="accent1"/>
                <w:sz w:val="16"/>
                <w:szCs w:val="16"/>
                <w:lang w:eastAsia="ja-JP"/>
              </w:rPr>
            </w:pPr>
            <w:r w:rsidRPr="00B20CD2">
              <w:rPr>
                <w:rFonts w:asciiTheme="minorEastAsia" w:eastAsiaTheme="minorEastAsia" w:hAnsiTheme="minorEastAsia" w:hint="eastAsia"/>
                <w:color w:val="4F81BD" w:themeColor="accent1"/>
                <w:sz w:val="16"/>
                <w:szCs w:val="16"/>
                <w:lang w:eastAsia="ja-JP"/>
              </w:rPr>
              <w:t>例：</w:t>
            </w:r>
            <w:r w:rsidRPr="00B20CD2">
              <w:rPr>
                <w:rFonts w:asciiTheme="minorEastAsia" w:eastAsiaTheme="minorEastAsia" w:hAnsiTheme="minorEastAsia"/>
                <w:color w:val="4F81BD" w:themeColor="accent1"/>
                <w:sz w:val="16"/>
                <w:szCs w:val="16"/>
                <w:lang w:eastAsia="ja-JP"/>
              </w:rPr>
              <w:t>2026年4月1日～4月30日　例：随時受付、ただし採用定員を満たし次第受付終了等</w:t>
            </w:r>
          </w:p>
          <w:p w14:paraId="4F99BA80" w14:textId="77777777" w:rsidR="00D23719" w:rsidRDefault="00D23719" w:rsidP="00D23719">
            <w:pPr>
              <w:rPr>
                <w:rFonts w:asciiTheme="minorEastAsia" w:eastAsiaTheme="minorEastAsia" w:hAnsiTheme="minorEastAsia"/>
                <w:sz w:val="16"/>
                <w:szCs w:val="16"/>
                <w:lang w:eastAsia="ja-JP"/>
              </w:rPr>
            </w:pPr>
          </w:p>
          <w:p w14:paraId="792B6782" w14:textId="5794A906" w:rsidR="00D23719" w:rsidRPr="00D23719" w:rsidRDefault="00D23719" w:rsidP="00D23719">
            <w:pPr>
              <w:rPr>
                <w:rFonts w:asciiTheme="minorEastAsia" w:eastAsiaTheme="minorEastAsia" w:hAnsiTheme="minorEastAsia"/>
                <w:sz w:val="16"/>
                <w:szCs w:val="16"/>
                <w:lang w:eastAsia="ja-JP"/>
              </w:rPr>
            </w:pPr>
          </w:p>
        </w:tc>
      </w:tr>
      <w:tr w:rsidR="00D23719" w:rsidRPr="00CB7690" w14:paraId="1E7B391F" w14:textId="77777777" w:rsidTr="005D1149">
        <w:trPr>
          <w:trHeight w:val="854"/>
          <w:jc w:val="center"/>
        </w:trPr>
        <w:tc>
          <w:tcPr>
            <w:tcW w:w="2315" w:type="dxa"/>
            <w:shd w:val="clear" w:color="auto" w:fill="DAEEF3" w:themeFill="accent5" w:themeFillTint="33"/>
            <w:vAlign w:val="center"/>
          </w:tcPr>
          <w:p w14:paraId="5A2AAEF3" w14:textId="77777777" w:rsidR="00D23719" w:rsidRPr="00CB7690" w:rsidRDefault="00D23719" w:rsidP="00D23719">
            <w:pPr>
              <w:rPr>
                <w:rFonts w:asciiTheme="minorEastAsia" w:eastAsiaTheme="minorEastAsia" w:hAnsiTheme="minorEastAsia"/>
                <w:sz w:val="21"/>
                <w:szCs w:val="21"/>
              </w:rPr>
            </w:pPr>
            <w:r w:rsidRPr="00CB7690">
              <w:rPr>
                <w:rFonts w:asciiTheme="minorEastAsia" w:eastAsiaTheme="minorEastAsia" w:hAnsiTheme="minorEastAsia"/>
                <w:b/>
                <w:sz w:val="21"/>
                <w:szCs w:val="21"/>
              </w:rPr>
              <w:t>説明会実施日時</w:t>
            </w:r>
          </w:p>
        </w:tc>
        <w:tc>
          <w:tcPr>
            <w:tcW w:w="8503" w:type="dxa"/>
            <w:gridSpan w:val="3"/>
            <w:vAlign w:val="center"/>
          </w:tcPr>
          <w:p w14:paraId="37143D2A" w14:textId="5204BAB9" w:rsidR="00D23719" w:rsidRPr="00CB7690" w:rsidRDefault="00D23719" w:rsidP="00D23719">
            <w:pPr>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 xml:space="preserve">　　　年　　月　　日（　）　　：　　～　　：　　</w:t>
            </w:r>
            <w:r w:rsidRPr="00CB7690">
              <w:rPr>
                <w:rFonts w:asciiTheme="minorEastAsia" w:eastAsiaTheme="minorEastAsia" w:hAnsiTheme="minorEastAsia"/>
                <w:sz w:val="21"/>
                <w:szCs w:val="21"/>
                <w:lang w:eastAsia="ja-JP"/>
              </w:rPr>
              <w:br/>
            </w:r>
            <w:r w:rsidRPr="00B20CD2">
              <w:rPr>
                <w:rFonts w:asciiTheme="minorEastAsia" w:eastAsiaTheme="minorEastAsia" w:hAnsiTheme="minorEastAsia"/>
                <w:b/>
                <w:bCs/>
                <w:color w:val="C00000"/>
                <w:sz w:val="21"/>
                <w:szCs w:val="21"/>
                <w:lang w:eastAsia="ja-JP"/>
              </w:rPr>
              <w:t>※申込後に調整します。本欄は記入しないでください。</w:t>
            </w:r>
          </w:p>
        </w:tc>
      </w:tr>
    </w:tbl>
    <w:p w14:paraId="69B9F7E5" w14:textId="77777777" w:rsidR="00CB7690" w:rsidRDefault="00CB7690">
      <w:pPr>
        <w:spacing w:before="40" w:after="20" w:line="240" w:lineRule="auto"/>
        <w:rPr>
          <w:rFonts w:asciiTheme="minorEastAsia" w:eastAsiaTheme="minorEastAsia" w:hAnsiTheme="minorEastAsia"/>
          <w:b/>
          <w:sz w:val="21"/>
          <w:szCs w:val="21"/>
          <w:lang w:eastAsia="ja-JP"/>
        </w:rPr>
      </w:pPr>
    </w:p>
    <w:p w14:paraId="784B0AF6" w14:textId="28874DA2" w:rsidR="00EE2664" w:rsidRPr="00CB7690" w:rsidRDefault="00045849">
      <w:pPr>
        <w:spacing w:before="40" w:after="20" w:line="240" w:lineRule="auto"/>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Ⅱ．説明会当日について</w:t>
      </w:r>
    </w:p>
    <w:tbl>
      <w:tblPr>
        <w:tblStyle w:val="afe"/>
        <w:tblW w:w="0" w:type="auto"/>
        <w:jc w:val="center"/>
        <w:tblLook w:val="04A0" w:firstRow="1" w:lastRow="0" w:firstColumn="1" w:lastColumn="0" w:noHBand="0" w:noVBand="1"/>
      </w:tblPr>
      <w:tblGrid>
        <w:gridCol w:w="2582"/>
        <w:gridCol w:w="2745"/>
        <w:gridCol w:w="2074"/>
        <w:gridCol w:w="3254"/>
      </w:tblGrid>
      <w:tr w:rsidR="00EE2664" w:rsidRPr="00CB7690" w14:paraId="272F8789" w14:textId="77777777" w:rsidTr="005D1149">
        <w:trPr>
          <w:trHeight w:val="485"/>
          <w:jc w:val="center"/>
        </w:trPr>
        <w:tc>
          <w:tcPr>
            <w:tcW w:w="2582" w:type="dxa"/>
            <w:shd w:val="clear" w:color="auto" w:fill="DAEEF3" w:themeFill="accent5" w:themeFillTint="33"/>
            <w:vAlign w:val="center"/>
          </w:tcPr>
          <w:p w14:paraId="71F0821D"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当日の参加予定人数</w:t>
            </w:r>
          </w:p>
        </w:tc>
        <w:tc>
          <w:tcPr>
            <w:tcW w:w="8073" w:type="dxa"/>
            <w:gridSpan w:val="3"/>
            <w:vAlign w:val="center"/>
          </w:tcPr>
          <w:p w14:paraId="4F4BBA1B" w14:textId="42DEC5B7" w:rsidR="00EE2664" w:rsidRPr="00CB7690" w:rsidRDefault="00045849">
            <w:pPr>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 xml:space="preserve">　　　名　※最大2名まで</w:t>
            </w:r>
          </w:p>
        </w:tc>
      </w:tr>
      <w:tr w:rsidR="00EE2664" w:rsidRPr="00CB7690" w14:paraId="6DAF09D9" w14:textId="77777777" w:rsidTr="005D1149">
        <w:trPr>
          <w:trHeight w:val="668"/>
          <w:jc w:val="center"/>
        </w:trPr>
        <w:tc>
          <w:tcPr>
            <w:tcW w:w="2582" w:type="dxa"/>
            <w:shd w:val="clear" w:color="auto" w:fill="DAEEF3" w:themeFill="accent5" w:themeFillTint="33"/>
            <w:vAlign w:val="center"/>
          </w:tcPr>
          <w:p w14:paraId="656F518F" w14:textId="77777777" w:rsidR="00EE2664" w:rsidRPr="00CB7690" w:rsidRDefault="00045849">
            <w:pPr>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当日参加ご担当者名①</w:t>
            </w:r>
          </w:p>
        </w:tc>
        <w:tc>
          <w:tcPr>
            <w:tcW w:w="2745" w:type="dxa"/>
            <w:vAlign w:val="center"/>
          </w:tcPr>
          <w:p w14:paraId="7A98BD07" w14:textId="77777777" w:rsidR="00EE2664" w:rsidRPr="00CB7690" w:rsidRDefault="00EE2664">
            <w:pPr>
              <w:rPr>
                <w:rFonts w:asciiTheme="minorEastAsia" w:eastAsiaTheme="minorEastAsia" w:hAnsiTheme="minorEastAsia"/>
                <w:sz w:val="21"/>
                <w:szCs w:val="21"/>
                <w:lang w:eastAsia="ja-JP"/>
              </w:rPr>
            </w:pPr>
          </w:p>
        </w:tc>
        <w:tc>
          <w:tcPr>
            <w:tcW w:w="2074" w:type="dxa"/>
            <w:shd w:val="clear" w:color="auto" w:fill="DAEEF3" w:themeFill="accent5" w:themeFillTint="33"/>
            <w:vAlign w:val="center"/>
          </w:tcPr>
          <w:p w14:paraId="5098ACD4"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本学卒業生の場合</w:t>
            </w:r>
          </w:p>
        </w:tc>
        <w:tc>
          <w:tcPr>
            <w:tcW w:w="3254" w:type="dxa"/>
            <w:vAlign w:val="center"/>
          </w:tcPr>
          <w:p w14:paraId="0C2B2174" w14:textId="61274AFD"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sz w:val="21"/>
                <w:szCs w:val="21"/>
              </w:rPr>
              <w:t xml:space="preserve">　　　</w:t>
            </w:r>
            <w:r w:rsidR="00CB7690">
              <w:rPr>
                <w:rFonts w:asciiTheme="minorEastAsia" w:eastAsiaTheme="minorEastAsia" w:hAnsiTheme="minorEastAsia" w:hint="eastAsia"/>
                <w:sz w:val="21"/>
                <w:szCs w:val="21"/>
                <w:lang w:eastAsia="ja-JP"/>
              </w:rPr>
              <w:t xml:space="preserve">　</w:t>
            </w:r>
            <w:r w:rsidRPr="00CB7690">
              <w:rPr>
                <w:rFonts w:asciiTheme="minorEastAsia" w:eastAsiaTheme="minorEastAsia" w:hAnsiTheme="minorEastAsia"/>
                <w:sz w:val="21"/>
                <w:szCs w:val="21"/>
              </w:rPr>
              <w:t>年卒業</w:t>
            </w:r>
          </w:p>
        </w:tc>
      </w:tr>
      <w:tr w:rsidR="00EE2664" w:rsidRPr="00CB7690" w14:paraId="1A565F52" w14:textId="77777777" w:rsidTr="005D1149">
        <w:trPr>
          <w:trHeight w:val="668"/>
          <w:jc w:val="center"/>
        </w:trPr>
        <w:tc>
          <w:tcPr>
            <w:tcW w:w="2582" w:type="dxa"/>
            <w:shd w:val="clear" w:color="auto" w:fill="DAEEF3" w:themeFill="accent5" w:themeFillTint="33"/>
            <w:vAlign w:val="center"/>
          </w:tcPr>
          <w:p w14:paraId="6F19B833" w14:textId="77777777" w:rsidR="00EE2664" w:rsidRPr="00CB7690" w:rsidRDefault="00045849">
            <w:pPr>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当日参加ご担当者名②</w:t>
            </w:r>
          </w:p>
        </w:tc>
        <w:tc>
          <w:tcPr>
            <w:tcW w:w="2745" w:type="dxa"/>
            <w:vAlign w:val="center"/>
          </w:tcPr>
          <w:p w14:paraId="48BC6BCC" w14:textId="77777777" w:rsidR="00EE2664" w:rsidRPr="00CB7690" w:rsidRDefault="00EE2664">
            <w:pPr>
              <w:rPr>
                <w:rFonts w:asciiTheme="minorEastAsia" w:eastAsiaTheme="minorEastAsia" w:hAnsiTheme="minorEastAsia"/>
                <w:sz w:val="21"/>
                <w:szCs w:val="21"/>
                <w:lang w:eastAsia="ja-JP"/>
              </w:rPr>
            </w:pPr>
          </w:p>
        </w:tc>
        <w:tc>
          <w:tcPr>
            <w:tcW w:w="2074" w:type="dxa"/>
            <w:shd w:val="clear" w:color="auto" w:fill="DAEEF3" w:themeFill="accent5" w:themeFillTint="33"/>
            <w:vAlign w:val="center"/>
          </w:tcPr>
          <w:p w14:paraId="7F8040E8"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本学卒業生の場合</w:t>
            </w:r>
          </w:p>
        </w:tc>
        <w:tc>
          <w:tcPr>
            <w:tcW w:w="3254" w:type="dxa"/>
            <w:vAlign w:val="center"/>
          </w:tcPr>
          <w:p w14:paraId="7646EF47" w14:textId="3B74A719"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sz w:val="21"/>
                <w:szCs w:val="21"/>
              </w:rPr>
              <w:t xml:space="preserve">　　　</w:t>
            </w:r>
            <w:r w:rsidR="00CB7690">
              <w:rPr>
                <w:rFonts w:asciiTheme="minorEastAsia" w:eastAsiaTheme="minorEastAsia" w:hAnsiTheme="minorEastAsia" w:hint="eastAsia"/>
                <w:sz w:val="21"/>
                <w:szCs w:val="21"/>
                <w:lang w:eastAsia="ja-JP"/>
              </w:rPr>
              <w:t xml:space="preserve">　</w:t>
            </w:r>
            <w:r w:rsidRPr="00CB7690">
              <w:rPr>
                <w:rFonts w:asciiTheme="minorEastAsia" w:eastAsiaTheme="minorEastAsia" w:hAnsiTheme="minorEastAsia"/>
                <w:sz w:val="21"/>
                <w:szCs w:val="21"/>
              </w:rPr>
              <w:t>年卒業</w:t>
            </w:r>
          </w:p>
        </w:tc>
      </w:tr>
      <w:tr w:rsidR="00EE2664" w:rsidRPr="00CB7690" w14:paraId="641357AA" w14:textId="77777777" w:rsidTr="005D1149">
        <w:trPr>
          <w:trHeight w:val="993"/>
          <w:jc w:val="center"/>
        </w:trPr>
        <w:tc>
          <w:tcPr>
            <w:tcW w:w="2582" w:type="dxa"/>
            <w:shd w:val="clear" w:color="auto" w:fill="DAEEF3" w:themeFill="accent5" w:themeFillTint="33"/>
            <w:vAlign w:val="center"/>
          </w:tcPr>
          <w:p w14:paraId="7E938F3F" w14:textId="77777777" w:rsidR="00EE2664" w:rsidRPr="00CB7690" w:rsidRDefault="00045849">
            <w:pPr>
              <w:rPr>
                <w:rFonts w:asciiTheme="minorEastAsia" w:eastAsiaTheme="minorEastAsia" w:hAnsiTheme="minorEastAsia"/>
                <w:sz w:val="21"/>
                <w:szCs w:val="21"/>
              </w:rPr>
            </w:pPr>
            <w:r w:rsidRPr="00CB7690">
              <w:rPr>
                <w:rFonts w:asciiTheme="minorEastAsia" w:eastAsiaTheme="minorEastAsia" w:hAnsiTheme="minorEastAsia"/>
                <w:b/>
                <w:sz w:val="21"/>
                <w:szCs w:val="21"/>
              </w:rPr>
              <w:t>募集職種</w:t>
            </w:r>
          </w:p>
        </w:tc>
        <w:tc>
          <w:tcPr>
            <w:tcW w:w="2745" w:type="dxa"/>
            <w:vAlign w:val="center"/>
          </w:tcPr>
          <w:p w14:paraId="7DEB6882" w14:textId="77777777" w:rsidR="00EE2664" w:rsidRPr="00CB7690" w:rsidRDefault="00EE2664">
            <w:pPr>
              <w:rPr>
                <w:rFonts w:asciiTheme="minorEastAsia" w:eastAsiaTheme="minorEastAsia" w:hAnsiTheme="minorEastAsia"/>
                <w:sz w:val="21"/>
                <w:szCs w:val="21"/>
              </w:rPr>
            </w:pPr>
          </w:p>
        </w:tc>
        <w:tc>
          <w:tcPr>
            <w:tcW w:w="2074" w:type="dxa"/>
            <w:shd w:val="clear" w:color="auto" w:fill="DAEEF3" w:themeFill="accent5" w:themeFillTint="33"/>
            <w:vAlign w:val="center"/>
          </w:tcPr>
          <w:p w14:paraId="4B15308C" w14:textId="00BF2BBF" w:rsidR="00EE2664" w:rsidRPr="00CB7690" w:rsidRDefault="00B20CD2">
            <w:pPr>
              <w:rPr>
                <w:rFonts w:asciiTheme="minorEastAsia" w:eastAsiaTheme="minorEastAsia" w:hAnsiTheme="minorEastAsia"/>
                <w:sz w:val="21"/>
                <w:szCs w:val="21"/>
              </w:rPr>
            </w:pPr>
            <w:r>
              <w:rPr>
                <w:rFonts w:asciiTheme="minorEastAsia" w:eastAsiaTheme="minorEastAsia" w:hAnsiTheme="minorEastAsia" w:hint="eastAsia"/>
                <w:b/>
                <w:sz w:val="21"/>
                <w:szCs w:val="21"/>
                <w:lang w:eastAsia="ja-JP"/>
              </w:rPr>
              <w:t>使用備品</w:t>
            </w:r>
          </w:p>
        </w:tc>
        <w:tc>
          <w:tcPr>
            <w:tcW w:w="3254" w:type="dxa"/>
            <w:vAlign w:val="center"/>
          </w:tcPr>
          <w:p w14:paraId="34DC0155" w14:textId="2C0C036C" w:rsidR="006052DC" w:rsidRPr="005D1149" w:rsidRDefault="00B20CD2" w:rsidP="004E71A0">
            <w:pPr>
              <w:rPr>
                <w:rFonts w:asciiTheme="minorEastAsia" w:eastAsiaTheme="minorEastAsia" w:hAnsiTheme="minorEastAsia" w:hint="eastAsia"/>
                <w:sz w:val="21"/>
                <w:szCs w:val="21"/>
                <w:lang w:eastAsia="ja-JP"/>
              </w:rPr>
            </w:pPr>
            <w:r w:rsidRPr="00B20CD2">
              <w:rPr>
                <w:rFonts w:asciiTheme="minorEastAsia" w:eastAsiaTheme="minorEastAsia" w:hAnsiTheme="minorEastAsia" w:hint="eastAsia"/>
                <w:sz w:val="21"/>
                <w:szCs w:val="21"/>
                <w:lang w:eastAsia="ja-JP"/>
              </w:rPr>
              <w:t>□</w:t>
            </w:r>
            <w:r w:rsidR="005D1149">
              <w:rPr>
                <w:rFonts w:asciiTheme="minorEastAsia" w:eastAsiaTheme="minorEastAsia" w:hAnsiTheme="minorEastAsia" w:hint="eastAsia"/>
                <w:sz w:val="21"/>
                <w:szCs w:val="21"/>
                <w:lang w:eastAsia="ja-JP"/>
              </w:rPr>
              <w:t>モニター等</w:t>
            </w:r>
          </w:p>
          <w:p w14:paraId="515DFF6D" w14:textId="38616D28" w:rsidR="006052DC" w:rsidRDefault="00B20CD2">
            <w:pPr>
              <w:rPr>
                <w:rFonts w:asciiTheme="minorEastAsia" w:eastAsiaTheme="minorEastAsia" w:hAnsiTheme="minorEastAsia"/>
                <w:sz w:val="21"/>
                <w:szCs w:val="21"/>
                <w:lang w:eastAsia="ja-JP"/>
              </w:rPr>
            </w:pPr>
            <w:r w:rsidRPr="00B20CD2">
              <w:rPr>
                <w:rFonts w:asciiTheme="minorEastAsia" w:eastAsiaTheme="minorEastAsia" w:hAnsiTheme="minorEastAsia" w:hint="eastAsia"/>
                <w:sz w:val="21"/>
                <w:szCs w:val="21"/>
                <w:lang w:eastAsia="ja-JP"/>
              </w:rPr>
              <w:t>□</w:t>
            </w:r>
            <w:r w:rsidRPr="00B20CD2">
              <w:rPr>
                <w:rFonts w:asciiTheme="minorEastAsia" w:eastAsiaTheme="minorEastAsia" w:hAnsiTheme="minorEastAsia"/>
                <w:sz w:val="21"/>
                <w:szCs w:val="21"/>
                <w:lang w:eastAsia="ja-JP"/>
              </w:rPr>
              <w:t>HDMI</w:t>
            </w:r>
            <w:r w:rsidR="00BA602C">
              <w:rPr>
                <w:rFonts w:asciiTheme="minorEastAsia" w:eastAsiaTheme="minorEastAsia" w:hAnsiTheme="minorEastAsia" w:hint="eastAsia"/>
                <w:sz w:val="21"/>
                <w:szCs w:val="21"/>
                <w:lang w:eastAsia="ja-JP"/>
              </w:rPr>
              <w:t>ケーブル</w:t>
            </w:r>
            <w:r w:rsidRPr="00B20CD2">
              <w:rPr>
                <w:rFonts w:asciiTheme="minorEastAsia" w:eastAsiaTheme="minorEastAsia" w:hAnsiTheme="minorEastAsia"/>
                <w:sz w:val="21"/>
                <w:szCs w:val="21"/>
                <w:lang w:eastAsia="ja-JP"/>
              </w:rPr>
              <w:t xml:space="preserve">　</w:t>
            </w:r>
          </w:p>
          <w:p w14:paraId="06F4454D" w14:textId="2CE27BA5" w:rsidR="00EE2664" w:rsidRPr="00CB7690" w:rsidRDefault="00B20CD2">
            <w:pPr>
              <w:rPr>
                <w:rFonts w:asciiTheme="minorEastAsia" w:eastAsiaTheme="minorEastAsia" w:hAnsiTheme="minorEastAsia"/>
                <w:sz w:val="21"/>
                <w:szCs w:val="21"/>
                <w:lang w:eastAsia="ja-JP"/>
              </w:rPr>
            </w:pPr>
            <w:r w:rsidRPr="00B20CD2">
              <w:rPr>
                <w:rFonts w:asciiTheme="minorEastAsia" w:eastAsiaTheme="minorEastAsia" w:hAnsiTheme="minorEastAsia"/>
                <w:sz w:val="21"/>
                <w:szCs w:val="21"/>
                <w:lang w:eastAsia="ja-JP"/>
              </w:rPr>
              <w:t>□その</w:t>
            </w:r>
            <w:r w:rsidR="006052DC">
              <w:rPr>
                <w:rFonts w:asciiTheme="minorEastAsia" w:eastAsiaTheme="minorEastAsia" w:hAnsiTheme="minorEastAsia" w:hint="eastAsia"/>
                <w:sz w:val="21"/>
                <w:szCs w:val="21"/>
                <w:lang w:eastAsia="ja-JP"/>
              </w:rPr>
              <w:t>他</w:t>
            </w:r>
            <w:r w:rsidRPr="00B20CD2">
              <w:rPr>
                <w:rFonts w:asciiTheme="minorEastAsia" w:eastAsiaTheme="minorEastAsia" w:hAnsiTheme="minorEastAsia"/>
                <w:sz w:val="21"/>
                <w:szCs w:val="21"/>
                <w:lang w:eastAsia="ja-JP"/>
              </w:rPr>
              <w:t xml:space="preserve">（　　　　</w:t>
            </w:r>
            <w:r w:rsidR="006052DC">
              <w:rPr>
                <w:rFonts w:asciiTheme="minorEastAsia" w:eastAsiaTheme="minorEastAsia" w:hAnsiTheme="minorEastAsia" w:hint="eastAsia"/>
                <w:sz w:val="21"/>
                <w:szCs w:val="21"/>
                <w:lang w:eastAsia="ja-JP"/>
              </w:rPr>
              <w:t xml:space="preserve">　</w:t>
            </w:r>
            <w:r w:rsidRPr="00B20CD2">
              <w:rPr>
                <w:rFonts w:asciiTheme="minorEastAsia" w:eastAsiaTheme="minorEastAsia" w:hAnsiTheme="minorEastAsia"/>
                <w:sz w:val="21"/>
                <w:szCs w:val="21"/>
                <w:lang w:eastAsia="ja-JP"/>
              </w:rPr>
              <w:t xml:space="preserve">　）</w:t>
            </w:r>
          </w:p>
        </w:tc>
      </w:tr>
      <w:tr w:rsidR="00EE2664" w:rsidRPr="00CB7690" w14:paraId="7F270ED5" w14:textId="77777777" w:rsidTr="005D1149">
        <w:trPr>
          <w:trHeight w:val="1139"/>
          <w:jc w:val="center"/>
        </w:trPr>
        <w:tc>
          <w:tcPr>
            <w:tcW w:w="2582" w:type="dxa"/>
            <w:shd w:val="clear" w:color="auto" w:fill="DAEEF3" w:themeFill="accent5" w:themeFillTint="33"/>
            <w:vAlign w:val="center"/>
          </w:tcPr>
          <w:p w14:paraId="5516F38B" w14:textId="6AB98A7E" w:rsidR="00EE2664" w:rsidRPr="00CB7690" w:rsidRDefault="00B20CD2">
            <w:pPr>
              <w:rPr>
                <w:rFonts w:asciiTheme="minorEastAsia" w:eastAsiaTheme="minorEastAsia" w:hAnsiTheme="minorEastAsia"/>
                <w:sz w:val="21"/>
                <w:szCs w:val="21"/>
              </w:rPr>
            </w:pPr>
            <w:r>
              <w:rPr>
                <w:rFonts w:asciiTheme="minorEastAsia" w:eastAsiaTheme="minorEastAsia" w:hAnsiTheme="minorEastAsia" w:hint="eastAsia"/>
                <w:b/>
                <w:sz w:val="21"/>
                <w:szCs w:val="21"/>
                <w:lang w:eastAsia="ja-JP"/>
              </w:rPr>
              <w:t>勤務地</w:t>
            </w:r>
          </w:p>
        </w:tc>
        <w:tc>
          <w:tcPr>
            <w:tcW w:w="8073" w:type="dxa"/>
            <w:gridSpan w:val="3"/>
            <w:vAlign w:val="center"/>
          </w:tcPr>
          <w:p w14:paraId="12B97E93" w14:textId="77777777" w:rsidR="00EE2664" w:rsidRPr="00B20CD2" w:rsidRDefault="00B20CD2">
            <w:pPr>
              <w:rPr>
                <w:rFonts w:asciiTheme="minorEastAsia" w:eastAsiaTheme="minorEastAsia" w:hAnsiTheme="minorEastAsia"/>
                <w:b/>
                <w:bCs/>
                <w:color w:val="C00000"/>
                <w:szCs w:val="18"/>
                <w:lang w:eastAsia="ja-JP"/>
              </w:rPr>
            </w:pPr>
            <w:r w:rsidRPr="00B20CD2">
              <w:rPr>
                <w:rFonts w:asciiTheme="minorEastAsia" w:eastAsiaTheme="minorEastAsia" w:hAnsiTheme="minorEastAsia" w:hint="eastAsia"/>
                <w:b/>
                <w:bCs/>
                <w:color w:val="C00000"/>
                <w:szCs w:val="18"/>
                <w:lang w:eastAsia="ja-JP"/>
              </w:rPr>
              <w:t>※沖縄県内の場合は市町村を記載してください。県外の場合は都道府県の記載をお願いします。</w:t>
            </w:r>
          </w:p>
          <w:p w14:paraId="452C13C2" w14:textId="77777777" w:rsidR="00B20CD2" w:rsidRDefault="00B20CD2">
            <w:pPr>
              <w:rPr>
                <w:rFonts w:asciiTheme="minorEastAsia" w:eastAsiaTheme="minorEastAsia" w:hAnsiTheme="minorEastAsia"/>
                <w:color w:val="C00000"/>
                <w:szCs w:val="18"/>
                <w:lang w:eastAsia="ja-JP"/>
              </w:rPr>
            </w:pPr>
          </w:p>
          <w:p w14:paraId="369C3784" w14:textId="77777777" w:rsidR="00B20CD2" w:rsidRDefault="00B20CD2">
            <w:pPr>
              <w:rPr>
                <w:rFonts w:asciiTheme="minorEastAsia" w:eastAsiaTheme="minorEastAsia" w:hAnsiTheme="minorEastAsia"/>
                <w:color w:val="C00000"/>
                <w:szCs w:val="18"/>
                <w:lang w:eastAsia="ja-JP"/>
              </w:rPr>
            </w:pPr>
          </w:p>
          <w:p w14:paraId="17CF1A0C" w14:textId="46FEC36E" w:rsidR="00B20CD2" w:rsidRPr="00B20CD2" w:rsidRDefault="00B20CD2">
            <w:pPr>
              <w:rPr>
                <w:rFonts w:asciiTheme="minorEastAsia" w:eastAsiaTheme="minorEastAsia" w:hAnsiTheme="minorEastAsia"/>
                <w:szCs w:val="18"/>
                <w:lang w:eastAsia="ja-JP"/>
              </w:rPr>
            </w:pPr>
          </w:p>
        </w:tc>
      </w:tr>
      <w:tr w:rsidR="00EE2664" w:rsidRPr="00CB7690" w14:paraId="48F06B32" w14:textId="77777777" w:rsidTr="005D1149">
        <w:trPr>
          <w:trHeight w:val="2004"/>
          <w:jc w:val="center"/>
        </w:trPr>
        <w:tc>
          <w:tcPr>
            <w:tcW w:w="2582" w:type="dxa"/>
            <w:shd w:val="clear" w:color="auto" w:fill="DAEEF3" w:themeFill="accent5" w:themeFillTint="33"/>
            <w:vAlign w:val="center"/>
          </w:tcPr>
          <w:p w14:paraId="1870F55F" w14:textId="77777777" w:rsidR="00EE2664" w:rsidRPr="00CB7690" w:rsidRDefault="00045849">
            <w:pPr>
              <w:rPr>
                <w:rFonts w:asciiTheme="minorEastAsia" w:eastAsiaTheme="minorEastAsia" w:hAnsiTheme="minorEastAsia"/>
                <w:sz w:val="21"/>
                <w:szCs w:val="21"/>
                <w:lang w:eastAsia="ja-JP"/>
              </w:rPr>
            </w:pPr>
            <w:r w:rsidRPr="00CB7690">
              <w:rPr>
                <w:rFonts w:asciiTheme="minorEastAsia" w:eastAsiaTheme="minorEastAsia" w:hAnsiTheme="minorEastAsia"/>
                <w:b/>
                <w:sz w:val="21"/>
                <w:szCs w:val="21"/>
                <w:lang w:eastAsia="ja-JP"/>
              </w:rPr>
              <w:t>貴社・団体の紹介文</w:t>
            </w:r>
            <w:r w:rsidRPr="00CB7690">
              <w:rPr>
                <w:rFonts w:asciiTheme="minorEastAsia" w:eastAsiaTheme="minorEastAsia" w:hAnsiTheme="minorEastAsia"/>
                <w:b/>
                <w:sz w:val="21"/>
                <w:szCs w:val="21"/>
                <w:lang w:eastAsia="ja-JP"/>
              </w:rPr>
              <w:br/>
              <w:t>（150文字以内）</w:t>
            </w:r>
          </w:p>
        </w:tc>
        <w:tc>
          <w:tcPr>
            <w:tcW w:w="8073" w:type="dxa"/>
            <w:gridSpan w:val="3"/>
            <w:vAlign w:val="center"/>
          </w:tcPr>
          <w:p w14:paraId="47FD2F4F" w14:textId="77777777" w:rsidR="00B20CD2" w:rsidRPr="00B20CD2" w:rsidRDefault="00045849">
            <w:pPr>
              <w:rPr>
                <w:rFonts w:asciiTheme="minorEastAsia" w:eastAsiaTheme="minorEastAsia" w:hAnsiTheme="minorEastAsia"/>
                <w:b/>
                <w:bCs/>
                <w:color w:val="C00000"/>
                <w:szCs w:val="18"/>
                <w:lang w:eastAsia="ja-JP"/>
              </w:rPr>
            </w:pPr>
            <w:r w:rsidRPr="00B20CD2">
              <w:rPr>
                <w:rFonts w:asciiTheme="minorEastAsia" w:eastAsiaTheme="minorEastAsia" w:hAnsiTheme="minorEastAsia"/>
                <w:b/>
                <w:bCs/>
                <w:color w:val="C00000"/>
                <w:szCs w:val="18"/>
                <w:lang w:eastAsia="ja-JP"/>
              </w:rPr>
              <w:t>学生への周知文として参考にします。貴社・団体の特徴や募集職種等を簡潔にご記載ください。</w:t>
            </w:r>
          </w:p>
          <w:p w14:paraId="144C73C5" w14:textId="77777777" w:rsidR="00B20CD2" w:rsidRPr="00B20CD2" w:rsidRDefault="00B20CD2" w:rsidP="00B20CD2">
            <w:pPr>
              <w:rPr>
                <w:rFonts w:asciiTheme="minorEastAsia" w:eastAsiaTheme="minorEastAsia" w:hAnsiTheme="minorEastAsia"/>
                <w:color w:val="4F81BD" w:themeColor="accent1"/>
                <w:szCs w:val="18"/>
                <w:lang w:eastAsia="ja-JP"/>
              </w:rPr>
            </w:pPr>
            <w:r w:rsidRPr="00B20CD2">
              <w:rPr>
                <w:rFonts w:asciiTheme="minorEastAsia" w:eastAsiaTheme="minorEastAsia" w:hAnsiTheme="minorEastAsia" w:hint="eastAsia"/>
                <w:color w:val="4F81BD" w:themeColor="accent1"/>
                <w:szCs w:val="18"/>
                <w:lang w:eastAsia="ja-JP"/>
              </w:rPr>
              <w:t>例：事務職（正社員）を募集。国内○○以上の企業の○○業務を受託している会社。</w:t>
            </w:r>
          </w:p>
          <w:p w14:paraId="4081F7E2" w14:textId="464DFEE6" w:rsidR="00EE2664" w:rsidRPr="00B20CD2" w:rsidRDefault="004E71A0" w:rsidP="00B20CD2">
            <w:pPr>
              <w:ind w:firstLineChars="200" w:firstLine="360"/>
              <w:rPr>
                <w:rFonts w:asciiTheme="minorEastAsia" w:eastAsiaTheme="minorEastAsia" w:hAnsiTheme="minorEastAsia"/>
                <w:szCs w:val="18"/>
                <w:lang w:eastAsia="ja-JP"/>
              </w:rPr>
            </w:pPr>
            <w:r w:rsidRPr="004E71A0">
              <w:rPr>
                <w:rFonts w:asciiTheme="minorEastAsia" w:eastAsiaTheme="minorEastAsia" w:hAnsiTheme="minorEastAsia" w:hint="eastAsia"/>
                <w:color w:val="4F81BD" w:themeColor="accent1"/>
                <w:szCs w:val="18"/>
                <w:lang w:eastAsia="ja-JP"/>
              </w:rPr>
              <w:t>県外転勤なし・福利厚生充実・土日休み・研修制度あり</w:t>
            </w:r>
            <w:r w:rsidR="00B20CD2" w:rsidRPr="00B20CD2">
              <w:rPr>
                <w:rFonts w:asciiTheme="minorEastAsia" w:eastAsiaTheme="minorEastAsia" w:hAnsiTheme="minorEastAsia" w:hint="eastAsia"/>
                <w:color w:val="4F81BD" w:themeColor="accent1"/>
                <w:szCs w:val="18"/>
                <w:lang w:eastAsia="ja-JP"/>
              </w:rPr>
              <w:t xml:space="preserve">　等</w:t>
            </w:r>
            <w:r w:rsidR="00B20CD2" w:rsidRPr="00B20CD2">
              <w:rPr>
                <w:rFonts w:asciiTheme="minorEastAsia" w:eastAsiaTheme="minorEastAsia" w:hAnsiTheme="minorEastAsia"/>
                <w:color w:val="4F81BD" w:themeColor="accent1"/>
                <w:szCs w:val="18"/>
                <w:lang w:eastAsia="ja-JP"/>
              </w:rPr>
              <w:br/>
            </w:r>
            <w:r w:rsidR="00B20CD2" w:rsidRPr="00B20CD2">
              <w:rPr>
                <w:rFonts w:asciiTheme="minorEastAsia" w:eastAsiaTheme="minorEastAsia" w:hAnsiTheme="minorEastAsia"/>
                <w:szCs w:val="18"/>
                <w:lang w:eastAsia="ja-JP"/>
              </w:rPr>
              <w:br/>
            </w:r>
          </w:p>
          <w:p w14:paraId="550F5FAF" w14:textId="77777777" w:rsidR="00EE2664" w:rsidRPr="00CB7690" w:rsidRDefault="00EE2664">
            <w:pPr>
              <w:rPr>
                <w:rFonts w:asciiTheme="minorEastAsia" w:eastAsiaTheme="minorEastAsia" w:hAnsiTheme="minorEastAsia"/>
                <w:sz w:val="21"/>
                <w:szCs w:val="21"/>
                <w:lang w:eastAsia="ja-JP"/>
              </w:rPr>
            </w:pPr>
          </w:p>
          <w:p w14:paraId="49D69A76" w14:textId="77777777" w:rsidR="00EE2664" w:rsidRPr="00CB7690" w:rsidRDefault="00EE2664">
            <w:pPr>
              <w:rPr>
                <w:rFonts w:asciiTheme="minorEastAsia" w:eastAsiaTheme="minorEastAsia" w:hAnsiTheme="minorEastAsia"/>
                <w:sz w:val="21"/>
                <w:szCs w:val="21"/>
                <w:lang w:eastAsia="ja-JP"/>
              </w:rPr>
            </w:pPr>
          </w:p>
        </w:tc>
      </w:tr>
    </w:tbl>
    <w:p w14:paraId="5D255EA2" w14:textId="7E06ACFC" w:rsidR="00CB7690" w:rsidRPr="00CB7690" w:rsidRDefault="00CB7690" w:rsidP="00CB7690">
      <w:pPr>
        <w:spacing w:before="40" w:after="0" w:line="240" w:lineRule="auto"/>
        <w:ind w:right="844"/>
        <w:jc w:val="center"/>
        <w:rPr>
          <w:rFonts w:asciiTheme="minorEastAsia" w:eastAsiaTheme="minorEastAsia" w:hAnsiTheme="minorEastAsia"/>
          <w:b/>
          <w:sz w:val="21"/>
          <w:szCs w:val="21"/>
          <w:lang w:eastAsia="ja-JP"/>
        </w:rPr>
      </w:pPr>
      <w:r>
        <w:rPr>
          <w:rFonts w:asciiTheme="minorEastAsia" w:eastAsiaTheme="minorEastAsia" w:hAnsiTheme="minorEastAsia" w:hint="eastAsia"/>
          <w:b/>
          <w:sz w:val="21"/>
          <w:szCs w:val="21"/>
          <w:lang w:eastAsia="ja-JP"/>
        </w:rPr>
        <w:t xml:space="preserve">　　　　　　　　　　　　　　　　　　　　　　　　　　　　　　</w:t>
      </w:r>
      <w:r w:rsidRPr="00CB7690">
        <w:rPr>
          <w:rFonts w:asciiTheme="minorEastAsia" w:eastAsiaTheme="minorEastAsia" w:hAnsiTheme="minorEastAsia"/>
          <w:b/>
          <w:sz w:val="21"/>
          <w:szCs w:val="21"/>
          <w:lang w:eastAsia="ja-JP"/>
        </w:rPr>
        <w:t>【お問い合わせ先】</w:t>
      </w:r>
    </w:p>
    <w:p w14:paraId="2A381231" w14:textId="77777777" w:rsidR="00CB7690" w:rsidRDefault="00045849" w:rsidP="00CB7690">
      <w:pPr>
        <w:spacing w:after="0" w:line="240" w:lineRule="auto"/>
        <w:jc w:val="right"/>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 xml:space="preserve">沖縄女子短期大学　教学課　津波古　</w:t>
      </w:r>
    </w:p>
    <w:p w14:paraId="4DFCE2A8" w14:textId="7A3680AD" w:rsidR="00CB7690" w:rsidRDefault="00CB7690" w:rsidP="00CB7690">
      <w:pPr>
        <w:spacing w:after="0" w:line="240" w:lineRule="auto"/>
        <w:ind w:right="84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 xml:space="preserve">　　　　　　　　　　　　　　　　　　　　　　　　　　　　　　　　　　　　　</w:t>
      </w:r>
      <w:r w:rsidRPr="00CB7690">
        <w:rPr>
          <w:rFonts w:asciiTheme="minorEastAsia" w:eastAsiaTheme="minorEastAsia" w:hAnsiTheme="minorEastAsia"/>
          <w:sz w:val="21"/>
          <w:szCs w:val="21"/>
          <w:lang w:eastAsia="ja-JP"/>
        </w:rPr>
        <w:t xml:space="preserve">TEL：098-882-9003　</w:t>
      </w:r>
    </w:p>
    <w:p w14:paraId="1057E6A0" w14:textId="053B4619" w:rsidR="00EE2664" w:rsidRPr="00CB7690" w:rsidRDefault="00045849" w:rsidP="00CB7690">
      <w:pPr>
        <w:spacing w:after="0" w:line="240" w:lineRule="auto"/>
        <w:ind w:right="105"/>
        <w:jc w:val="right"/>
        <w:rPr>
          <w:rFonts w:asciiTheme="minorEastAsia" w:eastAsiaTheme="minorEastAsia" w:hAnsiTheme="minorEastAsia"/>
          <w:sz w:val="21"/>
          <w:szCs w:val="21"/>
          <w:lang w:eastAsia="ja-JP"/>
        </w:rPr>
      </w:pPr>
      <w:r w:rsidRPr="00CB7690">
        <w:rPr>
          <w:rFonts w:asciiTheme="minorEastAsia" w:eastAsiaTheme="minorEastAsia" w:hAnsiTheme="minorEastAsia"/>
          <w:sz w:val="21"/>
          <w:szCs w:val="21"/>
          <w:lang w:eastAsia="ja-JP"/>
        </w:rPr>
        <w:t>E-mail：gakuseibu@owjc.ac.jp</w:t>
      </w:r>
    </w:p>
    <w:sectPr w:rsidR="00EE2664" w:rsidRPr="00CB7690" w:rsidSect="00034616">
      <w:pgSz w:w="12240" w:h="15840"/>
      <w:pgMar w:top="652" w:right="822" w:bottom="652" w:left="8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76B63" w14:textId="77777777" w:rsidR="0050506A" w:rsidRDefault="0050506A" w:rsidP="00BA602C">
      <w:pPr>
        <w:spacing w:after="0" w:line="240" w:lineRule="auto"/>
      </w:pPr>
      <w:r>
        <w:separator/>
      </w:r>
    </w:p>
  </w:endnote>
  <w:endnote w:type="continuationSeparator" w:id="0">
    <w:p w14:paraId="4FB9C3DD" w14:textId="77777777" w:rsidR="0050506A" w:rsidRDefault="0050506A" w:rsidP="00BA6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8C725" w14:textId="77777777" w:rsidR="0050506A" w:rsidRDefault="0050506A" w:rsidP="00BA602C">
      <w:pPr>
        <w:spacing w:after="0" w:line="240" w:lineRule="auto"/>
      </w:pPr>
      <w:r>
        <w:separator/>
      </w:r>
    </w:p>
  </w:footnote>
  <w:footnote w:type="continuationSeparator" w:id="0">
    <w:p w14:paraId="6F9035BA" w14:textId="77777777" w:rsidR="0050506A" w:rsidRDefault="0050506A" w:rsidP="00BA60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04672731">
    <w:abstractNumId w:val="8"/>
  </w:num>
  <w:num w:numId="2" w16cid:durableId="2108891114">
    <w:abstractNumId w:val="6"/>
  </w:num>
  <w:num w:numId="3" w16cid:durableId="1835485074">
    <w:abstractNumId w:val="5"/>
  </w:num>
  <w:num w:numId="4" w16cid:durableId="1306010864">
    <w:abstractNumId w:val="4"/>
  </w:num>
  <w:num w:numId="5" w16cid:durableId="1185830832">
    <w:abstractNumId w:val="7"/>
  </w:num>
  <w:num w:numId="6" w16cid:durableId="1394935989">
    <w:abstractNumId w:val="3"/>
  </w:num>
  <w:num w:numId="7" w16cid:durableId="691224329">
    <w:abstractNumId w:val="2"/>
  </w:num>
  <w:num w:numId="8" w16cid:durableId="666442076">
    <w:abstractNumId w:val="1"/>
  </w:num>
  <w:num w:numId="9" w16cid:durableId="84150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849"/>
    <w:rsid w:val="0006063C"/>
    <w:rsid w:val="0015074B"/>
    <w:rsid w:val="0029639D"/>
    <w:rsid w:val="00326F90"/>
    <w:rsid w:val="00486C56"/>
    <w:rsid w:val="004E71A0"/>
    <w:rsid w:val="0050506A"/>
    <w:rsid w:val="005D1149"/>
    <w:rsid w:val="006052DC"/>
    <w:rsid w:val="00947BAD"/>
    <w:rsid w:val="00AA1D8D"/>
    <w:rsid w:val="00AD1136"/>
    <w:rsid w:val="00B20CD2"/>
    <w:rsid w:val="00B47730"/>
    <w:rsid w:val="00BA602C"/>
    <w:rsid w:val="00C90E53"/>
    <w:rsid w:val="00CB0664"/>
    <w:rsid w:val="00CB7690"/>
    <w:rsid w:val="00D23719"/>
    <w:rsid w:val="00D558F3"/>
    <w:rsid w:val="00EE2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B192A16"/>
  <w14:defaultImageDpi w14:val="300"/>
  <w15:docId w15:val="{F5633367-3CC6-4C0F-BFB2-370A13CF9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257</Words>
  <Characters>1471</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津波古 吟枝</cp:lastModifiedBy>
  <cp:revision>13</cp:revision>
  <cp:lastPrinted>2026-09-01T04:03:00Z</cp:lastPrinted>
  <dcterms:created xsi:type="dcterms:W3CDTF">2013-12-23T23:15:00Z</dcterms:created>
  <dcterms:modified xsi:type="dcterms:W3CDTF">2026-09-01T04:09:00Z</dcterms:modified>
  <cp:category/>
</cp:coreProperties>
</file>