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141137" w14:textId="09A2B19D" w:rsidR="001B3216" w:rsidRDefault="001B1505">
      <w:pPr>
        <w:spacing w:after="120" w:line="252" w:lineRule="auto"/>
        <w:jc w:val="center"/>
        <w:rPr>
          <w:rFonts w:asciiTheme="minorEastAsia" w:eastAsiaTheme="minorEastAsia" w:hAnsiTheme="minorEastAsia"/>
          <w:b/>
          <w:sz w:val="28"/>
          <w:szCs w:val="28"/>
          <w:lang w:eastAsia="ja-JP"/>
        </w:rPr>
      </w:pPr>
      <w:r w:rsidRPr="00A65D8E">
        <w:rPr>
          <w:rFonts w:asciiTheme="minorEastAsia" w:eastAsiaTheme="minorEastAsia" w:hAnsiTheme="minorEastAsia"/>
          <w:b/>
          <w:sz w:val="28"/>
          <w:szCs w:val="28"/>
          <w:lang w:eastAsia="ja-JP"/>
        </w:rPr>
        <w:t>【申し込みの前に　～実施にあたってのご案内とお願い～】</w:t>
      </w:r>
    </w:p>
    <w:p w14:paraId="41847BD3" w14:textId="77777777" w:rsidR="00A65D8E" w:rsidRPr="00A65D8E" w:rsidRDefault="00A65D8E">
      <w:pPr>
        <w:spacing w:after="120" w:line="252" w:lineRule="auto"/>
        <w:jc w:val="center"/>
        <w:rPr>
          <w:rFonts w:asciiTheme="minorEastAsia" w:eastAsiaTheme="minorEastAsia" w:hAnsiTheme="minorEastAsia"/>
          <w:sz w:val="28"/>
          <w:szCs w:val="28"/>
          <w:lang w:eastAsia="ja-JP"/>
        </w:rPr>
      </w:pPr>
    </w:p>
    <w:p w14:paraId="66E53B4D" w14:textId="77777777" w:rsidR="001B3216" w:rsidRPr="00A65D8E" w:rsidRDefault="001B1505" w:rsidP="00A65D8E">
      <w:pPr>
        <w:spacing w:after="20"/>
        <w:rPr>
          <w:rFonts w:asciiTheme="minorEastAsia" w:eastAsiaTheme="minorEastAsia" w:hAnsiTheme="minorEastAsia"/>
          <w:sz w:val="21"/>
          <w:szCs w:val="21"/>
          <w:lang w:eastAsia="ja-JP"/>
        </w:rPr>
      </w:pPr>
      <w:r w:rsidRPr="00A65D8E">
        <w:rPr>
          <w:rFonts w:asciiTheme="minorEastAsia" w:eastAsiaTheme="minorEastAsia" w:hAnsiTheme="minorEastAsia"/>
          <w:b/>
          <w:sz w:val="21"/>
          <w:szCs w:val="21"/>
          <w:lang w:eastAsia="ja-JP"/>
        </w:rPr>
        <w:t>■ 実施回数について</w:t>
      </w:r>
    </w:p>
    <w:p w14:paraId="0320EE64" w14:textId="128F1271" w:rsidR="001B3216" w:rsidRDefault="001B1505" w:rsidP="00A65D8E">
      <w:pPr>
        <w:spacing w:after="0"/>
        <w:ind w:left="255" w:hanging="170"/>
        <w:rPr>
          <w:rFonts w:asciiTheme="minorEastAsia" w:eastAsiaTheme="minorEastAsia" w:hAnsiTheme="minorEastAsia"/>
          <w:sz w:val="21"/>
          <w:szCs w:val="21"/>
          <w:lang w:eastAsia="ja-JP"/>
        </w:rPr>
      </w:pPr>
      <w:r w:rsidRPr="00A65D8E">
        <w:rPr>
          <w:rFonts w:asciiTheme="minorEastAsia" w:eastAsiaTheme="minorEastAsia" w:hAnsiTheme="minorEastAsia"/>
          <w:sz w:val="21"/>
          <w:szCs w:val="21"/>
          <w:lang w:eastAsia="ja-JP"/>
        </w:rPr>
        <w:t>・学内説明会への参加は、原則として同一年度内において1法人につき1回とさせていただきます。</w:t>
      </w:r>
    </w:p>
    <w:p w14:paraId="15C322CA" w14:textId="77777777" w:rsidR="00A65D8E" w:rsidRPr="00A65D8E" w:rsidRDefault="00A65D8E" w:rsidP="00A65D8E">
      <w:pPr>
        <w:spacing w:after="0"/>
        <w:ind w:left="255" w:hanging="170"/>
        <w:rPr>
          <w:rFonts w:asciiTheme="minorEastAsia" w:eastAsiaTheme="minorEastAsia" w:hAnsiTheme="minorEastAsia"/>
          <w:sz w:val="21"/>
          <w:szCs w:val="21"/>
          <w:lang w:eastAsia="ja-JP"/>
        </w:rPr>
      </w:pPr>
    </w:p>
    <w:p w14:paraId="216617A5" w14:textId="77777777" w:rsidR="001B3216" w:rsidRPr="00A65D8E" w:rsidRDefault="001B1505" w:rsidP="00A65D8E">
      <w:pPr>
        <w:spacing w:before="60" w:after="20"/>
        <w:rPr>
          <w:rFonts w:asciiTheme="minorEastAsia" w:eastAsiaTheme="minorEastAsia" w:hAnsiTheme="minorEastAsia"/>
          <w:sz w:val="21"/>
          <w:szCs w:val="21"/>
          <w:lang w:eastAsia="ja-JP"/>
        </w:rPr>
      </w:pPr>
      <w:r w:rsidRPr="00A65D8E">
        <w:rPr>
          <w:rFonts w:asciiTheme="minorEastAsia" w:eastAsiaTheme="minorEastAsia" w:hAnsiTheme="minorEastAsia"/>
          <w:b/>
          <w:sz w:val="21"/>
          <w:szCs w:val="21"/>
          <w:lang w:eastAsia="ja-JP"/>
        </w:rPr>
        <w:t>■ 実施方法について</w:t>
      </w:r>
    </w:p>
    <w:p w14:paraId="64A5D9F3" w14:textId="77777777" w:rsidR="001B3216" w:rsidRPr="00A65D8E" w:rsidRDefault="001B1505" w:rsidP="00A65D8E">
      <w:pPr>
        <w:spacing w:after="0"/>
        <w:ind w:left="255" w:hanging="170"/>
        <w:rPr>
          <w:rFonts w:asciiTheme="minorEastAsia" w:eastAsiaTheme="minorEastAsia" w:hAnsiTheme="minorEastAsia"/>
          <w:sz w:val="21"/>
          <w:szCs w:val="21"/>
          <w:lang w:eastAsia="ja-JP"/>
        </w:rPr>
      </w:pPr>
      <w:r w:rsidRPr="00A65D8E">
        <w:rPr>
          <w:rFonts w:asciiTheme="minorEastAsia" w:eastAsiaTheme="minorEastAsia" w:hAnsiTheme="minorEastAsia"/>
          <w:sz w:val="21"/>
          <w:szCs w:val="21"/>
          <w:lang w:eastAsia="ja-JP"/>
        </w:rPr>
        <w:t>・多くの学生が参加できるよう、1Fロビーにブースを設け、</w:t>
      </w:r>
      <w:r w:rsidRPr="008836CB">
        <w:rPr>
          <w:rFonts w:asciiTheme="minorEastAsia" w:eastAsiaTheme="minorEastAsia" w:hAnsiTheme="minorEastAsia"/>
          <w:b/>
          <w:bCs/>
          <w:sz w:val="21"/>
          <w:szCs w:val="21"/>
          <w:u w:val="single"/>
          <w:lang w:eastAsia="ja-JP"/>
        </w:rPr>
        <w:t>自由参加形式</w:t>
      </w:r>
      <w:r w:rsidRPr="00A65D8E">
        <w:rPr>
          <w:rFonts w:asciiTheme="minorEastAsia" w:eastAsiaTheme="minorEastAsia" w:hAnsiTheme="minorEastAsia"/>
          <w:sz w:val="21"/>
          <w:szCs w:val="21"/>
          <w:lang w:eastAsia="ja-JP"/>
        </w:rPr>
        <w:t>で実施します。</w:t>
      </w:r>
    </w:p>
    <w:p w14:paraId="49A73B49" w14:textId="7A1A5986" w:rsidR="001B3216" w:rsidRDefault="001B1505" w:rsidP="00A65D8E">
      <w:pPr>
        <w:spacing w:after="0"/>
        <w:ind w:left="255" w:hanging="170"/>
        <w:rPr>
          <w:rFonts w:asciiTheme="minorEastAsia" w:eastAsiaTheme="minorEastAsia" w:hAnsiTheme="minorEastAsia"/>
          <w:sz w:val="21"/>
          <w:szCs w:val="21"/>
          <w:lang w:eastAsia="ja-JP"/>
        </w:rPr>
      </w:pPr>
      <w:r w:rsidRPr="00A65D8E">
        <w:rPr>
          <w:rFonts w:asciiTheme="minorEastAsia" w:eastAsiaTheme="minorEastAsia" w:hAnsiTheme="minorEastAsia"/>
          <w:sz w:val="21"/>
          <w:szCs w:val="21"/>
          <w:lang w:eastAsia="ja-JP"/>
        </w:rPr>
        <w:t>・1日あたり</w:t>
      </w:r>
      <w:r w:rsidRPr="008836CB">
        <w:rPr>
          <w:rFonts w:asciiTheme="minorEastAsia" w:eastAsiaTheme="minorEastAsia" w:hAnsiTheme="minorEastAsia"/>
          <w:b/>
          <w:bCs/>
          <w:sz w:val="21"/>
          <w:szCs w:val="21"/>
          <w:u w:val="single"/>
          <w:lang w:eastAsia="ja-JP"/>
        </w:rPr>
        <w:t>2法人まで（1法人1ブース）</w:t>
      </w:r>
      <w:r w:rsidRPr="00A65D8E">
        <w:rPr>
          <w:rFonts w:asciiTheme="minorEastAsia" w:eastAsiaTheme="minorEastAsia" w:hAnsiTheme="minorEastAsia"/>
          <w:sz w:val="21"/>
          <w:szCs w:val="21"/>
          <w:lang w:eastAsia="ja-JP"/>
        </w:rPr>
        <w:t>とし、実施時間は</w:t>
      </w:r>
      <w:r w:rsidRPr="008836CB">
        <w:rPr>
          <w:rFonts w:asciiTheme="minorEastAsia" w:eastAsiaTheme="minorEastAsia" w:hAnsiTheme="minorEastAsia"/>
          <w:b/>
          <w:bCs/>
          <w:sz w:val="21"/>
          <w:szCs w:val="21"/>
          <w:u w:val="single"/>
          <w:lang w:eastAsia="ja-JP"/>
        </w:rPr>
        <w:t>12：15～12：55</w:t>
      </w:r>
      <w:r w:rsidRPr="00A65D8E">
        <w:rPr>
          <w:rFonts w:asciiTheme="minorEastAsia" w:eastAsiaTheme="minorEastAsia" w:hAnsiTheme="minorEastAsia"/>
          <w:sz w:val="21"/>
          <w:szCs w:val="21"/>
          <w:lang w:eastAsia="ja-JP"/>
        </w:rPr>
        <w:t>です。</w:t>
      </w:r>
    </w:p>
    <w:p w14:paraId="5FE96815" w14:textId="77777777" w:rsidR="00A65D8E" w:rsidRPr="00A65D8E" w:rsidRDefault="00A65D8E" w:rsidP="00A65D8E">
      <w:pPr>
        <w:spacing w:after="0"/>
        <w:ind w:left="255" w:hanging="170"/>
        <w:rPr>
          <w:rFonts w:asciiTheme="minorEastAsia" w:eastAsiaTheme="minorEastAsia" w:hAnsiTheme="minorEastAsia"/>
          <w:sz w:val="21"/>
          <w:szCs w:val="21"/>
          <w:lang w:eastAsia="ja-JP"/>
        </w:rPr>
      </w:pPr>
    </w:p>
    <w:p w14:paraId="2F9A2A99" w14:textId="77777777" w:rsidR="001B3216" w:rsidRPr="00A65D8E" w:rsidRDefault="001B1505" w:rsidP="00A65D8E">
      <w:pPr>
        <w:spacing w:before="60" w:after="20"/>
        <w:rPr>
          <w:rFonts w:asciiTheme="minorEastAsia" w:eastAsiaTheme="minorEastAsia" w:hAnsiTheme="minorEastAsia"/>
          <w:sz w:val="21"/>
          <w:szCs w:val="21"/>
          <w:lang w:eastAsia="ja-JP"/>
        </w:rPr>
      </w:pPr>
      <w:r w:rsidRPr="00A65D8E">
        <w:rPr>
          <w:rFonts w:asciiTheme="minorEastAsia" w:eastAsiaTheme="minorEastAsia" w:hAnsiTheme="minorEastAsia"/>
          <w:b/>
          <w:sz w:val="21"/>
          <w:szCs w:val="21"/>
          <w:lang w:eastAsia="ja-JP"/>
        </w:rPr>
        <w:t>■ 遵守事項（ご遠慮いただきたいこと）</w:t>
      </w:r>
    </w:p>
    <w:p w14:paraId="48610992" w14:textId="77777777" w:rsidR="001B3216" w:rsidRPr="00A65D8E" w:rsidRDefault="001B1505" w:rsidP="00A65D8E">
      <w:pPr>
        <w:spacing w:after="0"/>
        <w:ind w:left="255" w:hanging="170"/>
        <w:rPr>
          <w:rFonts w:asciiTheme="minorEastAsia" w:eastAsiaTheme="minorEastAsia" w:hAnsiTheme="minorEastAsia"/>
          <w:sz w:val="21"/>
          <w:szCs w:val="21"/>
          <w:lang w:eastAsia="ja-JP"/>
        </w:rPr>
      </w:pPr>
      <w:r w:rsidRPr="00A65D8E">
        <w:rPr>
          <w:rFonts w:asciiTheme="minorEastAsia" w:eastAsiaTheme="minorEastAsia" w:hAnsiTheme="minorEastAsia"/>
          <w:sz w:val="21"/>
          <w:szCs w:val="21"/>
          <w:lang w:eastAsia="ja-JP"/>
        </w:rPr>
        <w:t>・飲食の提供はご遠慮ください。</w:t>
      </w:r>
    </w:p>
    <w:p w14:paraId="4DB905A6" w14:textId="184AD7F4" w:rsidR="001B3216" w:rsidRDefault="001B1505" w:rsidP="00A65D8E">
      <w:pPr>
        <w:spacing w:after="0"/>
        <w:ind w:left="255" w:hanging="170"/>
        <w:rPr>
          <w:rFonts w:asciiTheme="minorEastAsia" w:eastAsiaTheme="minorEastAsia" w:hAnsiTheme="minorEastAsia"/>
          <w:sz w:val="21"/>
          <w:szCs w:val="21"/>
          <w:lang w:eastAsia="ja-JP"/>
        </w:rPr>
      </w:pPr>
      <w:r w:rsidRPr="00A65D8E">
        <w:rPr>
          <w:rFonts w:asciiTheme="minorEastAsia" w:eastAsiaTheme="minorEastAsia" w:hAnsiTheme="minorEastAsia"/>
          <w:sz w:val="21"/>
          <w:szCs w:val="21"/>
          <w:lang w:eastAsia="ja-JP"/>
        </w:rPr>
        <w:t>・ブース外での不特定多数へのチラシ配布はご遠慮ください。</w:t>
      </w:r>
    </w:p>
    <w:p w14:paraId="0A4B7BD1" w14:textId="77777777" w:rsidR="00A65D8E" w:rsidRPr="00A65D8E" w:rsidRDefault="00A65D8E" w:rsidP="00A65D8E">
      <w:pPr>
        <w:spacing w:after="0"/>
        <w:ind w:left="255" w:hanging="170"/>
        <w:rPr>
          <w:rFonts w:asciiTheme="minorEastAsia" w:eastAsiaTheme="minorEastAsia" w:hAnsiTheme="minorEastAsia"/>
          <w:sz w:val="21"/>
          <w:szCs w:val="21"/>
          <w:lang w:eastAsia="ja-JP"/>
        </w:rPr>
      </w:pPr>
    </w:p>
    <w:p w14:paraId="4E1A8274" w14:textId="77777777" w:rsidR="001B3216" w:rsidRPr="00A65D8E" w:rsidRDefault="001B1505" w:rsidP="00A65D8E">
      <w:pPr>
        <w:spacing w:before="60" w:after="20"/>
        <w:rPr>
          <w:rFonts w:asciiTheme="minorEastAsia" w:eastAsiaTheme="minorEastAsia" w:hAnsiTheme="minorEastAsia"/>
          <w:sz w:val="21"/>
          <w:szCs w:val="21"/>
          <w:lang w:eastAsia="ja-JP"/>
        </w:rPr>
      </w:pPr>
      <w:r w:rsidRPr="00A65D8E">
        <w:rPr>
          <w:rFonts w:asciiTheme="minorEastAsia" w:eastAsiaTheme="minorEastAsia" w:hAnsiTheme="minorEastAsia"/>
          <w:b/>
          <w:sz w:val="21"/>
          <w:szCs w:val="21"/>
          <w:lang w:eastAsia="ja-JP"/>
        </w:rPr>
        <w:t>■ 実施にあたってのご理解事項</w:t>
      </w:r>
    </w:p>
    <w:p w14:paraId="6A0B6B1D" w14:textId="77777777" w:rsidR="001B3216" w:rsidRPr="008836CB" w:rsidRDefault="001B1505" w:rsidP="00A65D8E">
      <w:pPr>
        <w:spacing w:after="0"/>
        <w:ind w:left="255" w:hanging="170"/>
        <w:rPr>
          <w:rFonts w:asciiTheme="minorEastAsia" w:eastAsiaTheme="minorEastAsia" w:hAnsiTheme="minorEastAsia"/>
          <w:b/>
          <w:bCs/>
          <w:sz w:val="21"/>
          <w:szCs w:val="21"/>
          <w:lang w:eastAsia="ja-JP"/>
        </w:rPr>
      </w:pPr>
      <w:r w:rsidRPr="00A65D8E">
        <w:rPr>
          <w:rFonts w:asciiTheme="minorEastAsia" w:eastAsiaTheme="minorEastAsia" w:hAnsiTheme="minorEastAsia"/>
          <w:sz w:val="21"/>
          <w:szCs w:val="21"/>
          <w:lang w:eastAsia="ja-JP"/>
        </w:rPr>
        <w:t>・授業・補講・試験・学外活動等により、学内の学生数は変動します。</w:t>
      </w:r>
      <w:r w:rsidRPr="008836CB">
        <w:rPr>
          <w:rFonts w:asciiTheme="minorEastAsia" w:eastAsiaTheme="minorEastAsia" w:hAnsiTheme="minorEastAsia"/>
          <w:b/>
          <w:bCs/>
          <w:sz w:val="21"/>
          <w:szCs w:val="21"/>
          <w:highlight w:val="yellow"/>
          <w:lang w:eastAsia="ja-JP"/>
        </w:rPr>
        <w:t>参加学生数の保証はできません。</w:t>
      </w:r>
    </w:p>
    <w:p w14:paraId="5319229B" w14:textId="03F022CB" w:rsidR="001B3216" w:rsidRDefault="001B1505" w:rsidP="00A65D8E">
      <w:pPr>
        <w:spacing w:after="0"/>
        <w:ind w:left="255" w:hanging="170"/>
        <w:rPr>
          <w:rFonts w:asciiTheme="minorEastAsia" w:eastAsiaTheme="minorEastAsia" w:hAnsiTheme="minorEastAsia"/>
          <w:sz w:val="21"/>
          <w:szCs w:val="21"/>
          <w:lang w:eastAsia="ja-JP"/>
        </w:rPr>
      </w:pPr>
      <w:r w:rsidRPr="00A65D8E">
        <w:rPr>
          <w:rFonts w:asciiTheme="minorEastAsia" w:eastAsiaTheme="minorEastAsia" w:hAnsiTheme="minorEastAsia"/>
          <w:sz w:val="21"/>
          <w:szCs w:val="21"/>
          <w:lang w:eastAsia="ja-JP"/>
        </w:rPr>
        <w:t>・感染症の流行等により、中止・延期または実施方法を変更（オンライン形式等）する場合があります。</w:t>
      </w:r>
    </w:p>
    <w:p w14:paraId="18F5CD8E" w14:textId="2D24FD9B" w:rsidR="00A65D8E" w:rsidRPr="00A65D8E" w:rsidRDefault="00A65D8E" w:rsidP="00A65D8E">
      <w:pPr>
        <w:spacing w:after="0"/>
        <w:ind w:left="255" w:hanging="170"/>
        <w:rPr>
          <w:rFonts w:asciiTheme="minorEastAsia" w:eastAsiaTheme="minorEastAsia" w:hAnsiTheme="minorEastAsia"/>
          <w:sz w:val="21"/>
          <w:szCs w:val="21"/>
          <w:lang w:eastAsia="ja-JP"/>
        </w:rPr>
      </w:pPr>
    </w:p>
    <w:p w14:paraId="065183CE" w14:textId="7676DECC" w:rsidR="001B3216" w:rsidRPr="00A65D8E" w:rsidRDefault="001B1505" w:rsidP="00A65D8E">
      <w:pPr>
        <w:spacing w:before="60" w:after="20"/>
        <w:rPr>
          <w:rFonts w:asciiTheme="minorEastAsia" w:eastAsiaTheme="minorEastAsia" w:hAnsiTheme="minorEastAsia"/>
          <w:sz w:val="21"/>
          <w:szCs w:val="21"/>
          <w:lang w:eastAsia="ja-JP"/>
        </w:rPr>
      </w:pPr>
      <w:r w:rsidRPr="00A65D8E">
        <w:rPr>
          <w:rFonts w:asciiTheme="minorEastAsia" w:eastAsiaTheme="minorEastAsia" w:hAnsiTheme="minorEastAsia"/>
          <w:b/>
          <w:sz w:val="21"/>
          <w:szCs w:val="21"/>
          <w:lang w:eastAsia="ja-JP"/>
        </w:rPr>
        <w:t>■ 駐車場について</w:t>
      </w:r>
    </w:p>
    <w:p w14:paraId="003A341B" w14:textId="29391F8F" w:rsidR="001B3216" w:rsidRPr="00A65D8E" w:rsidRDefault="004C0986" w:rsidP="00A65D8E">
      <w:pPr>
        <w:spacing w:after="0"/>
        <w:ind w:left="255" w:hanging="170"/>
        <w:rPr>
          <w:rFonts w:asciiTheme="minorEastAsia" w:eastAsiaTheme="minorEastAsia" w:hAnsiTheme="minorEastAsia"/>
          <w:sz w:val="21"/>
          <w:szCs w:val="21"/>
          <w:lang w:eastAsia="ja-JP"/>
        </w:rPr>
      </w:pPr>
      <w:r>
        <w:rPr>
          <w:rFonts w:asciiTheme="minorEastAsia" w:eastAsiaTheme="minorEastAsia" w:hAnsiTheme="minorEastAsia"/>
          <w:noProof/>
          <w:sz w:val="21"/>
          <w:szCs w:val="21"/>
          <w:lang w:eastAsia="ja-JP"/>
        </w:rPr>
        <w:drawing>
          <wp:anchor distT="0" distB="0" distL="114300" distR="114300" simplePos="0" relativeHeight="251655680" behindDoc="0" locked="0" layoutInCell="1" allowOverlap="1" wp14:anchorId="70163CD0" wp14:editId="53EBD1D1">
            <wp:simplePos x="0" y="0"/>
            <wp:positionH relativeFrom="column">
              <wp:posOffset>3965575</wp:posOffset>
            </wp:positionH>
            <wp:positionV relativeFrom="paragraph">
              <wp:posOffset>13970</wp:posOffset>
            </wp:positionV>
            <wp:extent cx="2944495" cy="1957070"/>
            <wp:effectExtent l="0" t="0" r="8255" b="5080"/>
            <wp:wrapThrough wrapText="bothSides">
              <wp:wrapPolygon edited="0">
                <wp:start x="140" y="0"/>
                <wp:lineTo x="0" y="20605"/>
                <wp:lineTo x="279" y="21446"/>
                <wp:lineTo x="838" y="21446"/>
                <wp:lineTo x="21521" y="21236"/>
                <wp:lineTo x="21381" y="0"/>
                <wp:lineTo x="140" y="0"/>
              </wp:wrapPolygon>
            </wp:wrapThrough>
            <wp:docPr id="121514572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4495" cy="1957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65D8E">
        <w:rPr>
          <w:rFonts w:asciiTheme="minorEastAsia" w:eastAsiaTheme="minorEastAsia" w:hAnsiTheme="minorEastAsia"/>
          <w:sz w:val="21"/>
          <w:szCs w:val="21"/>
          <w:lang w:eastAsia="ja-JP"/>
        </w:rPr>
        <w:t>・駐車は「来客用」または「職員用」をご利用ください。</w:t>
      </w:r>
    </w:p>
    <w:p w14:paraId="53EDA11C" w14:textId="01F182F2" w:rsidR="001B3216" w:rsidRDefault="001B1505" w:rsidP="00A65D8E">
      <w:pPr>
        <w:spacing w:after="0"/>
        <w:ind w:left="255" w:hanging="170"/>
        <w:rPr>
          <w:rFonts w:asciiTheme="minorEastAsia" w:eastAsiaTheme="minorEastAsia" w:hAnsiTheme="minorEastAsia"/>
          <w:sz w:val="21"/>
          <w:szCs w:val="21"/>
          <w:lang w:eastAsia="ja-JP"/>
        </w:rPr>
      </w:pPr>
      <w:r w:rsidRPr="00A65D8E">
        <w:rPr>
          <w:rFonts w:asciiTheme="minorEastAsia" w:eastAsiaTheme="minorEastAsia" w:hAnsiTheme="minorEastAsia"/>
          <w:sz w:val="21"/>
          <w:szCs w:val="21"/>
          <w:lang w:eastAsia="ja-JP"/>
        </w:rPr>
        <w:t>・台数に限りがありますので、可能な限り乗り合わせにご協力ください。</w:t>
      </w:r>
    </w:p>
    <w:p w14:paraId="08843E85" w14:textId="77777777" w:rsidR="00A65D8E" w:rsidRPr="00A65D8E" w:rsidRDefault="00A65D8E" w:rsidP="00A65D8E">
      <w:pPr>
        <w:spacing w:after="0"/>
        <w:ind w:left="255" w:hanging="170"/>
        <w:rPr>
          <w:rFonts w:asciiTheme="minorEastAsia" w:eastAsiaTheme="minorEastAsia" w:hAnsiTheme="minorEastAsia"/>
          <w:sz w:val="21"/>
          <w:szCs w:val="21"/>
          <w:lang w:eastAsia="ja-JP"/>
        </w:rPr>
      </w:pPr>
    </w:p>
    <w:p w14:paraId="5E4A9CF1" w14:textId="77777777" w:rsidR="001B3216" w:rsidRPr="00A65D8E" w:rsidRDefault="001B1505" w:rsidP="00A65D8E">
      <w:pPr>
        <w:spacing w:before="60" w:after="20"/>
        <w:rPr>
          <w:rFonts w:asciiTheme="minorEastAsia" w:eastAsiaTheme="minorEastAsia" w:hAnsiTheme="minorEastAsia"/>
          <w:sz w:val="21"/>
          <w:szCs w:val="21"/>
          <w:lang w:eastAsia="ja-JP"/>
        </w:rPr>
      </w:pPr>
      <w:r w:rsidRPr="00A65D8E">
        <w:rPr>
          <w:rFonts w:asciiTheme="minorEastAsia" w:eastAsiaTheme="minorEastAsia" w:hAnsiTheme="minorEastAsia"/>
          <w:b/>
          <w:sz w:val="21"/>
          <w:szCs w:val="21"/>
          <w:lang w:eastAsia="ja-JP"/>
        </w:rPr>
        <w:t>■ 貸出可能な備品</w:t>
      </w:r>
    </w:p>
    <w:p w14:paraId="6F73B5BF" w14:textId="77777777" w:rsidR="001B3216" w:rsidRPr="00A65D8E" w:rsidRDefault="001B1505" w:rsidP="00A65D8E">
      <w:pPr>
        <w:spacing w:after="0"/>
        <w:ind w:left="255" w:hanging="170"/>
        <w:rPr>
          <w:rFonts w:asciiTheme="minorEastAsia" w:eastAsiaTheme="minorEastAsia" w:hAnsiTheme="minorEastAsia"/>
          <w:sz w:val="21"/>
          <w:szCs w:val="21"/>
          <w:lang w:eastAsia="ja-JP"/>
        </w:rPr>
      </w:pPr>
      <w:r w:rsidRPr="00A65D8E">
        <w:rPr>
          <w:rFonts w:asciiTheme="minorEastAsia" w:eastAsiaTheme="minorEastAsia" w:hAnsiTheme="minorEastAsia"/>
          <w:sz w:val="21"/>
          <w:szCs w:val="21"/>
          <w:lang w:eastAsia="ja-JP"/>
        </w:rPr>
        <w:t>・机・椅子・モニター（HDMI接続可）・ホワイトボード</w:t>
      </w:r>
    </w:p>
    <w:p w14:paraId="45104551" w14:textId="77777777" w:rsidR="001B3216" w:rsidRPr="00A65D8E" w:rsidRDefault="001B1505" w:rsidP="00A65D8E">
      <w:pPr>
        <w:spacing w:after="0"/>
        <w:ind w:left="340"/>
        <w:rPr>
          <w:rFonts w:asciiTheme="minorEastAsia" w:eastAsiaTheme="minorEastAsia" w:hAnsiTheme="minorEastAsia"/>
          <w:sz w:val="21"/>
          <w:szCs w:val="21"/>
          <w:lang w:eastAsia="ja-JP"/>
        </w:rPr>
      </w:pPr>
      <w:r w:rsidRPr="00A65D8E">
        <w:rPr>
          <w:rFonts w:asciiTheme="minorEastAsia" w:eastAsiaTheme="minorEastAsia" w:hAnsiTheme="minorEastAsia"/>
          <w:sz w:val="21"/>
          <w:szCs w:val="21"/>
          <w:lang w:eastAsia="ja-JP"/>
        </w:rPr>
        <w:t>※モニター使用時はPC本体・HDMIケーブルをご準備ください。</w:t>
      </w:r>
    </w:p>
    <w:p w14:paraId="1C4001AE" w14:textId="768DD06B" w:rsidR="001B3216" w:rsidRDefault="004C0986" w:rsidP="00A65D8E">
      <w:pPr>
        <w:spacing w:after="0"/>
        <w:ind w:left="340"/>
        <w:rPr>
          <w:rFonts w:asciiTheme="minorEastAsia" w:eastAsiaTheme="minorEastAsia" w:hAnsiTheme="minorEastAsia"/>
          <w:sz w:val="21"/>
          <w:szCs w:val="21"/>
          <w:lang w:eastAsia="ja-JP"/>
        </w:rPr>
      </w:pPr>
      <w:r w:rsidRPr="00AA1BE0">
        <w:rPr>
          <w:rFonts w:ascii="ＭＳ 明朝" w:eastAsia="ＭＳ 明朝" w:hAnsi="ＭＳ 明朝" w:hint="eastAsia"/>
          <w:b/>
          <w:bCs/>
          <w:noProof/>
          <w:color w:val="000000" w:themeColor="text1"/>
          <w:sz w:val="22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2B991021" wp14:editId="4956E5D9">
                <wp:simplePos x="0" y="0"/>
                <wp:positionH relativeFrom="column">
                  <wp:posOffset>5676900</wp:posOffset>
                </wp:positionH>
                <wp:positionV relativeFrom="paragraph">
                  <wp:posOffset>234950</wp:posOffset>
                </wp:positionV>
                <wp:extent cx="1219200" cy="295275"/>
                <wp:effectExtent l="0" t="0" r="0" b="9525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0" cy="29527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BC7968" w14:textId="77777777" w:rsidR="004C0986" w:rsidRPr="00A1001F" w:rsidRDefault="004C0986" w:rsidP="004C0986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A1001F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学内説明会の様子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B991021" id="正方形/長方形 2" o:spid="_x0000_s1026" style="position:absolute;left:0;text-align:left;margin-left:447pt;margin-top:18.5pt;width:96pt;height:23.2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" fillcolor="white [3201]" stroked="f" strokeweight="2pt">
                <v:textbox>
                  <w:txbxContent>
                    <w:p w14:paraId="6DBC7968" w14:textId="77777777" w:rsidR="004C0986" w:rsidRPr="00A1001F" w:rsidRDefault="004C0986" w:rsidP="004C0986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proofErr w:type="spellStart"/>
                      <w:r w:rsidRPr="00A1001F">
                        <w:rPr>
                          <w:rFonts w:hint="eastAsia"/>
                          <w:sz w:val="18"/>
                          <w:szCs w:val="18"/>
                        </w:rPr>
                        <w:t>学内説明会の様子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  <w:r w:rsidRPr="00A65D8E">
        <w:rPr>
          <w:rFonts w:asciiTheme="minorEastAsia" w:eastAsiaTheme="minorEastAsia" w:hAnsiTheme="minorEastAsia"/>
          <w:sz w:val="21"/>
          <w:szCs w:val="21"/>
          <w:lang w:eastAsia="ja-JP"/>
        </w:rPr>
        <w:t>※ホワイトボード使用時はマグネット・養生テープ等をご準備ください。</w:t>
      </w:r>
    </w:p>
    <w:p w14:paraId="61192D55" w14:textId="5E296ED5" w:rsidR="00A65D8E" w:rsidRPr="00A65D8E" w:rsidRDefault="00A65D8E" w:rsidP="00A65D8E">
      <w:pPr>
        <w:spacing w:after="0"/>
        <w:ind w:left="340"/>
        <w:rPr>
          <w:rFonts w:asciiTheme="minorEastAsia" w:eastAsiaTheme="minorEastAsia" w:hAnsiTheme="minorEastAsia"/>
          <w:sz w:val="21"/>
          <w:szCs w:val="21"/>
          <w:lang w:eastAsia="ja-JP"/>
        </w:rPr>
      </w:pPr>
    </w:p>
    <w:p w14:paraId="5E8D2E1A" w14:textId="63D994DD" w:rsidR="001B3216" w:rsidRPr="00A65D8E" w:rsidRDefault="001B1505" w:rsidP="00A65D8E">
      <w:pPr>
        <w:spacing w:before="60" w:after="20"/>
        <w:rPr>
          <w:rFonts w:asciiTheme="minorEastAsia" w:eastAsiaTheme="minorEastAsia" w:hAnsiTheme="minorEastAsia"/>
          <w:sz w:val="21"/>
          <w:szCs w:val="21"/>
          <w:lang w:eastAsia="ja-JP"/>
        </w:rPr>
      </w:pPr>
      <w:r w:rsidRPr="00A65D8E">
        <w:rPr>
          <w:rFonts w:asciiTheme="minorEastAsia" w:eastAsiaTheme="minorEastAsia" w:hAnsiTheme="minorEastAsia"/>
          <w:b/>
          <w:sz w:val="21"/>
          <w:szCs w:val="21"/>
          <w:lang w:eastAsia="ja-JP"/>
        </w:rPr>
        <w:t>■ 配布資料について</w:t>
      </w:r>
    </w:p>
    <w:p w14:paraId="692E76A1" w14:textId="77777777" w:rsidR="001B3216" w:rsidRPr="00A65D8E" w:rsidRDefault="001B1505" w:rsidP="00A65D8E">
      <w:pPr>
        <w:spacing w:after="0"/>
        <w:ind w:left="255" w:hanging="170"/>
        <w:rPr>
          <w:rFonts w:asciiTheme="minorEastAsia" w:eastAsiaTheme="minorEastAsia" w:hAnsiTheme="minorEastAsia"/>
          <w:sz w:val="21"/>
          <w:szCs w:val="21"/>
          <w:lang w:eastAsia="ja-JP"/>
        </w:rPr>
      </w:pPr>
      <w:r w:rsidRPr="00A65D8E">
        <w:rPr>
          <w:rFonts w:asciiTheme="minorEastAsia" w:eastAsiaTheme="minorEastAsia" w:hAnsiTheme="minorEastAsia"/>
          <w:sz w:val="21"/>
          <w:szCs w:val="21"/>
          <w:lang w:eastAsia="ja-JP"/>
        </w:rPr>
        <w:t>・求人票やパンフレット等をご準備ください。</w:t>
      </w:r>
    </w:p>
    <w:p w14:paraId="368A00DD" w14:textId="1DECF26B" w:rsidR="001B3216" w:rsidRDefault="001B1505" w:rsidP="00A65D8E">
      <w:pPr>
        <w:spacing w:after="0"/>
        <w:ind w:left="255" w:hanging="170"/>
        <w:rPr>
          <w:rFonts w:asciiTheme="minorEastAsia" w:eastAsiaTheme="minorEastAsia" w:hAnsiTheme="minorEastAsia"/>
          <w:sz w:val="21"/>
          <w:szCs w:val="21"/>
          <w:lang w:eastAsia="ja-JP"/>
        </w:rPr>
      </w:pPr>
      <w:r w:rsidRPr="00A65D8E">
        <w:rPr>
          <w:rFonts w:asciiTheme="minorEastAsia" w:eastAsiaTheme="minorEastAsia" w:hAnsiTheme="minorEastAsia"/>
          <w:sz w:val="21"/>
          <w:szCs w:val="21"/>
          <w:lang w:eastAsia="ja-JP"/>
        </w:rPr>
        <w:t>・余った資料は、5部以内で資料コーナーに設置可能です。</w:t>
      </w:r>
    </w:p>
    <w:p w14:paraId="261CB2DD" w14:textId="77777777" w:rsidR="00A65D8E" w:rsidRPr="00A65D8E" w:rsidRDefault="00A65D8E" w:rsidP="00A65D8E">
      <w:pPr>
        <w:spacing w:after="0"/>
        <w:ind w:left="255" w:hanging="170"/>
        <w:rPr>
          <w:rFonts w:asciiTheme="minorEastAsia" w:eastAsiaTheme="minorEastAsia" w:hAnsiTheme="minorEastAsia"/>
          <w:sz w:val="21"/>
          <w:szCs w:val="21"/>
          <w:lang w:eastAsia="ja-JP"/>
        </w:rPr>
      </w:pPr>
    </w:p>
    <w:p w14:paraId="674FFA38" w14:textId="77777777" w:rsidR="001B3216" w:rsidRPr="00A65D8E" w:rsidRDefault="001B1505" w:rsidP="00A65D8E">
      <w:pPr>
        <w:spacing w:before="60" w:after="20"/>
        <w:rPr>
          <w:rFonts w:asciiTheme="minorEastAsia" w:eastAsiaTheme="minorEastAsia" w:hAnsiTheme="minorEastAsia"/>
          <w:sz w:val="21"/>
          <w:szCs w:val="21"/>
          <w:lang w:eastAsia="ja-JP"/>
        </w:rPr>
      </w:pPr>
      <w:r w:rsidRPr="00A65D8E">
        <w:rPr>
          <w:rFonts w:asciiTheme="minorEastAsia" w:eastAsiaTheme="minorEastAsia" w:hAnsiTheme="minorEastAsia"/>
          <w:b/>
          <w:sz w:val="21"/>
          <w:szCs w:val="21"/>
          <w:lang w:eastAsia="ja-JP"/>
        </w:rPr>
        <w:t>■ 申込から実施までの流れ</w:t>
      </w:r>
    </w:p>
    <w:p w14:paraId="023F31AE" w14:textId="3262689A" w:rsidR="001B3216" w:rsidRPr="00A65D8E" w:rsidRDefault="001B1505" w:rsidP="00A65D8E">
      <w:pPr>
        <w:spacing w:after="0"/>
        <w:rPr>
          <w:rFonts w:asciiTheme="minorEastAsia" w:eastAsiaTheme="minorEastAsia" w:hAnsiTheme="minorEastAsia"/>
          <w:sz w:val="21"/>
          <w:szCs w:val="21"/>
          <w:lang w:eastAsia="ja-JP"/>
        </w:rPr>
      </w:pPr>
      <w:r w:rsidRPr="00A65D8E">
        <w:rPr>
          <w:rFonts w:asciiTheme="minorEastAsia" w:eastAsiaTheme="minorEastAsia" w:hAnsiTheme="minorEastAsia"/>
          <w:sz w:val="21"/>
          <w:szCs w:val="21"/>
          <w:lang w:eastAsia="ja-JP"/>
        </w:rPr>
        <w:t>1．申込書に必要事項をご記入のうえ、メールでお申し込みください。</w:t>
      </w:r>
      <w:r>
        <w:rPr>
          <w:rFonts w:asciiTheme="minorEastAsia" w:eastAsiaTheme="minorEastAsia" w:hAnsiTheme="minorEastAsia" w:hint="eastAsia"/>
          <w:sz w:val="21"/>
          <w:szCs w:val="21"/>
          <w:lang w:eastAsia="ja-JP"/>
        </w:rPr>
        <w:t>「説明会</w:t>
      </w:r>
      <w:r w:rsidRPr="00A65D8E">
        <w:rPr>
          <w:rFonts w:asciiTheme="minorEastAsia" w:eastAsiaTheme="minorEastAsia" w:hAnsiTheme="minorEastAsia"/>
          <w:sz w:val="21"/>
          <w:szCs w:val="21"/>
          <w:lang w:eastAsia="ja-JP"/>
        </w:rPr>
        <w:t>実施日</w:t>
      </w:r>
      <w:r>
        <w:rPr>
          <w:rFonts w:asciiTheme="minorEastAsia" w:eastAsiaTheme="minorEastAsia" w:hAnsiTheme="minorEastAsia" w:hint="eastAsia"/>
          <w:sz w:val="21"/>
          <w:szCs w:val="21"/>
          <w:lang w:eastAsia="ja-JP"/>
        </w:rPr>
        <w:t>」</w:t>
      </w:r>
      <w:r w:rsidRPr="00A65D8E">
        <w:rPr>
          <w:rFonts w:asciiTheme="minorEastAsia" w:eastAsiaTheme="minorEastAsia" w:hAnsiTheme="minorEastAsia"/>
          <w:sz w:val="21"/>
          <w:szCs w:val="21"/>
          <w:lang w:eastAsia="ja-JP"/>
        </w:rPr>
        <w:t>欄は記入不要です。</w:t>
      </w:r>
    </w:p>
    <w:p w14:paraId="3278F17F" w14:textId="77777777" w:rsidR="00A65D8E" w:rsidRDefault="001B1505" w:rsidP="00A65D8E">
      <w:pPr>
        <w:spacing w:after="0"/>
        <w:rPr>
          <w:rFonts w:asciiTheme="minorEastAsia" w:eastAsiaTheme="minorEastAsia" w:hAnsiTheme="minorEastAsia"/>
          <w:sz w:val="21"/>
          <w:szCs w:val="21"/>
          <w:lang w:eastAsia="ja-JP"/>
        </w:rPr>
      </w:pPr>
      <w:r w:rsidRPr="00A65D8E">
        <w:rPr>
          <w:rFonts w:asciiTheme="minorEastAsia" w:eastAsiaTheme="minorEastAsia" w:hAnsiTheme="minorEastAsia"/>
          <w:sz w:val="21"/>
          <w:szCs w:val="21"/>
          <w:lang w:eastAsia="ja-JP"/>
        </w:rPr>
        <w:t>2．本学よりご担当者様へ連絡し、実施日程を調整します。</w:t>
      </w:r>
    </w:p>
    <w:p w14:paraId="4D6192F0" w14:textId="36068068" w:rsidR="001B3216" w:rsidRPr="00A65D8E" w:rsidRDefault="001B1505" w:rsidP="00A65D8E">
      <w:pPr>
        <w:spacing w:after="0"/>
        <w:ind w:firstLineChars="150" w:firstLine="315"/>
        <w:rPr>
          <w:rFonts w:asciiTheme="minorEastAsia" w:eastAsiaTheme="minorEastAsia" w:hAnsiTheme="minorEastAsia"/>
          <w:sz w:val="21"/>
          <w:szCs w:val="21"/>
          <w:lang w:eastAsia="ja-JP"/>
        </w:rPr>
      </w:pPr>
      <w:r w:rsidRPr="00A65D8E">
        <w:rPr>
          <w:rFonts w:asciiTheme="minorEastAsia" w:eastAsiaTheme="minorEastAsia" w:hAnsiTheme="minorEastAsia"/>
          <w:sz w:val="21"/>
          <w:szCs w:val="21"/>
          <w:lang w:eastAsia="ja-JP"/>
        </w:rPr>
        <w:t>申込後2週間程度経過しても連絡がない場合は、お問い合わせください。</w:t>
      </w:r>
    </w:p>
    <w:p w14:paraId="334ED9E8" w14:textId="1B0796F9" w:rsidR="001B3216" w:rsidRPr="00A65D8E" w:rsidRDefault="001B1505" w:rsidP="001B1505">
      <w:pPr>
        <w:spacing w:after="0"/>
        <w:ind w:rightChars="-346" w:right="-657"/>
        <w:rPr>
          <w:rFonts w:asciiTheme="minorEastAsia" w:eastAsiaTheme="minorEastAsia" w:hAnsiTheme="minorEastAsia"/>
          <w:sz w:val="21"/>
          <w:szCs w:val="21"/>
          <w:lang w:eastAsia="ja-JP"/>
        </w:rPr>
      </w:pPr>
      <w:r w:rsidRPr="00A65D8E">
        <w:rPr>
          <w:rFonts w:asciiTheme="minorEastAsia" w:eastAsiaTheme="minorEastAsia" w:hAnsiTheme="minorEastAsia"/>
          <w:sz w:val="21"/>
          <w:szCs w:val="21"/>
          <w:lang w:eastAsia="ja-JP"/>
        </w:rPr>
        <w:t>3．実施日決定後、学生周知用チラシ（A4縦・1枚）をご提出ください。</w:t>
      </w:r>
      <w:r w:rsidRPr="00A65D8E">
        <w:rPr>
          <w:rFonts w:asciiTheme="minorEastAsia" w:eastAsiaTheme="minorEastAsia" w:hAnsiTheme="minorEastAsia"/>
          <w:sz w:val="21"/>
          <w:szCs w:val="21"/>
          <w:lang w:eastAsia="ja-JP"/>
        </w:rPr>
        <w:br/>
        <w:t xml:space="preserve">　 ※チラシには「実施日・時間（12：15～12：55）・場所（</w:t>
      </w:r>
      <w:r>
        <w:rPr>
          <w:rFonts w:asciiTheme="minorEastAsia" w:eastAsiaTheme="minorEastAsia" w:hAnsiTheme="minorEastAsia" w:hint="eastAsia"/>
          <w:sz w:val="21"/>
          <w:szCs w:val="21"/>
          <w:lang w:eastAsia="ja-JP"/>
        </w:rPr>
        <w:t>沖縄女子短期大学</w:t>
      </w:r>
      <w:r w:rsidRPr="00A65D8E">
        <w:rPr>
          <w:rFonts w:asciiTheme="minorEastAsia" w:eastAsiaTheme="minorEastAsia" w:hAnsiTheme="minorEastAsia"/>
          <w:sz w:val="21"/>
          <w:szCs w:val="21"/>
          <w:lang w:eastAsia="ja-JP"/>
        </w:rPr>
        <w:t>1Fロビー）」を必ずご記載ください。</w:t>
      </w:r>
    </w:p>
    <w:p w14:paraId="730A6628" w14:textId="77777777" w:rsidR="001B3216" w:rsidRPr="00A65D8E" w:rsidRDefault="001B1505" w:rsidP="00A65D8E">
      <w:pPr>
        <w:spacing w:after="0"/>
        <w:rPr>
          <w:rFonts w:asciiTheme="minorEastAsia" w:eastAsiaTheme="minorEastAsia" w:hAnsiTheme="minorEastAsia"/>
          <w:sz w:val="21"/>
          <w:szCs w:val="21"/>
          <w:lang w:eastAsia="ja-JP"/>
        </w:rPr>
      </w:pPr>
      <w:r w:rsidRPr="00A65D8E">
        <w:rPr>
          <w:rFonts w:asciiTheme="minorEastAsia" w:eastAsiaTheme="minorEastAsia" w:hAnsiTheme="minorEastAsia"/>
          <w:sz w:val="21"/>
          <w:szCs w:val="21"/>
          <w:lang w:eastAsia="ja-JP"/>
        </w:rPr>
        <w:t>4．実施日決定後、当日に向けて求人票やパンフレット等をご準備ください。</w:t>
      </w:r>
    </w:p>
    <w:p w14:paraId="70FDF44E" w14:textId="77777777" w:rsidR="001B3216" w:rsidRPr="00A65D8E" w:rsidRDefault="001B1505" w:rsidP="00A65D8E">
      <w:pPr>
        <w:spacing w:after="0"/>
        <w:rPr>
          <w:rFonts w:asciiTheme="minorEastAsia" w:eastAsiaTheme="minorEastAsia" w:hAnsiTheme="minorEastAsia"/>
          <w:sz w:val="21"/>
          <w:szCs w:val="21"/>
          <w:lang w:eastAsia="ja-JP"/>
        </w:rPr>
      </w:pPr>
      <w:r w:rsidRPr="00A65D8E">
        <w:rPr>
          <w:rFonts w:asciiTheme="minorEastAsia" w:eastAsiaTheme="minorEastAsia" w:hAnsiTheme="minorEastAsia"/>
          <w:sz w:val="21"/>
          <w:szCs w:val="21"/>
          <w:lang w:eastAsia="ja-JP"/>
        </w:rPr>
        <w:t>5．</w:t>
      </w:r>
      <w:r w:rsidRPr="008836CB">
        <w:rPr>
          <w:rFonts w:asciiTheme="minorEastAsia" w:eastAsiaTheme="minorEastAsia" w:hAnsiTheme="minorEastAsia"/>
          <w:sz w:val="21"/>
          <w:szCs w:val="21"/>
          <w:highlight w:val="yellow"/>
          <w:lang w:eastAsia="ja-JP"/>
        </w:rPr>
        <w:t>当日は11：45を目安（説明会の30分前）に来校し、準備をお願いします。</w:t>
      </w:r>
    </w:p>
    <w:p w14:paraId="59924434" w14:textId="77777777" w:rsidR="001B3216" w:rsidRPr="00A65D8E" w:rsidRDefault="001B1505">
      <w:pPr>
        <w:rPr>
          <w:rFonts w:asciiTheme="minorEastAsia" w:eastAsiaTheme="minorEastAsia" w:hAnsiTheme="minorEastAsia"/>
          <w:sz w:val="21"/>
          <w:szCs w:val="21"/>
          <w:lang w:eastAsia="ja-JP"/>
        </w:rPr>
      </w:pPr>
      <w:r w:rsidRPr="00A65D8E">
        <w:rPr>
          <w:rFonts w:asciiTheme="minorEastAsia" w:eastAsiaTheme="minorEastAsia" w:hAnsiTheme="minorEastAsia"/>
          <w:sz w:val="21"/>
          <w:szCs w:val="21"/>
          <w:lang w:eastAsia="ja-JP"/>
        </w:rPr>
        <w:br w:type="page"/>
      </w:r>
    </w:p>
    <w:p w14:paraId="5B4F6012" w14:textId="77777777" w:rsidR="001B3216" w:rsidRPr="00A65D8E" w:rsidRDefault="001B1505">
      <w:pPr>
        <w:spacing w:after="20" w:line="252" w:lineRule="auto"/>
        <w:jc w:val="center"/>
        <w:rPr>
          <w:rFonts w:asciiTheme="minorEastAsia" w:eastAsiaTheme="minorEastAsia" w:hAnsiTheme="minorEastAsia"/>
          <w:sz w:val="24"/>
          <w:szCs w:val="24"/>
        </w:rPr>
      </w:pPr>
      <w:r w:rsidRPr="00A65D8E">
        <w:rPr>
          <w:rFonts w:asciiTheme="minorEastAsia" w:eastAsiaTheme="minorEastAsia" w:hAnsiTheme="minorEastAsia"/>
          <w:b/>
          <w:sz w:val="24"/>
          <w:szCs w:val="24"/>
        </w:rPr>
        <w:lastRenderedPageBreak/>
        <w:t>沖縄女子短期大学「学内説明会」参加申込書</w:t>
      </w:r>
    </w:p>
    <w:p w14:paraId="0F2582EF" w14:textId="49C3718C" w:rsidR="001B3216" w:rsidRDefault="001B1505">
      <w:pPr>
        <w:spacing w:after="100" w:line="252" w:lineRule="auto"/>
        <w:jc w:val="center"/>
        <w:rPr>
          <w:rFonts w:asciiTheme="minorEastAsia" w:eastAsiaTheme="minorEastAsia" w:hAnsiTheme="minorEastAsia"/>
          <w:b/>
          <w:sz w:val="24"/>
          <w:szCs w:val="24"/>
          <w:lang w:eastAsia="ja-JP"/>
        </w:rPr>
      </w:pPr>
      <w:r w:rsidRPr="00A65D8E">
        <w:rPr>
          <w:rFonts w:asciiTheme="minorEastAsia" w:eastAsiaTheme="minorEastAsia" w:hAnsiTheme="minorEastAsia"/>
          <w:b/>
          <w:sz w:val="24"/>
          <w:szCs w:val="24"/>
          <w:lang w:eastAsia="ja-JP"/>
        </w:rPr>
        <w:t>【保育・教育・福祉施設等用】</w:t>
      </w:r>
    </w:p>
    <w:p w14:paraId="69E7F34E" w14:textId="77777777" w:rsidR="00A65D8E" w:rsidRPr="00A65D8E" w:rsidRDefault="00A65D8E">
      <w:pPr>
        <w:spacing w:after="100" w:line="252" w:lineRule="auto"/>
        <w:jc w:val="center"/>
        <w:rPr>
          <w:rFonts w:asciiTheme="minorEastAsia" w:eastAsiaTheme="minorEastAsia" w:hAnsiTheme="minorEastAsia"/>
          <w:sz w:val="24"/>
          <w:szCs w:val="24"/>
          <w:lang w:eastAsia="ja-JP"/>
        </w:rPr>
      </w:pPr>
    </w:p>
    <w:p w14:paraId="2D1CCFFC" w14:textId="77777777" w:rsidR="001B3216" w:rsidRPr="00A65D8E" w:rsidRDefault="001B1505">
      <w:pPr>
        <w:spacing w:after="0" w:line="252" w:lineRule="auto"/>
        <w:rPr>
          <w:rFonts w:asciiTheme="minorEastAsia" w:eastAsiaTheme="minorEastAsia" w:hAnsiTheme="minorEastAsia"/>
          <w:sz w:val="21"/>
          <w:szCs w:val="21"/>
          <w:lang w:eastAsia="ja-JP"/>
        </w:rPr>
      </w:pPr>
      <w:r w:rsidRPr="00A65D8E">
        <w:rPr>
          <w:rFonts w:asciiTheme="minorEastAsia" w:eastAsiaTheme="minorEastAsia" w:hAnsiTheme="minorEastAsia"/>
          <w:sz w:val="21"/>
          <w:szCs w:val="21"/>
          <w:lang w:eastAsia="ja-JP"/>
        </w:rPr>
        <w:t>【申込方法】下記申込欄にご記入のうえ、沖縄女子短期大学教学課へメールでご提出ください。</w:t>
      </w:r>
    </w:p>
    <w:p w14:paraId="4563C320" w14:textId="77777777" w:rsidR="001B3216" w:rsidRPr="00A65D8E" w:rsidRDefault="001B1505">
      <w:pPr>
        <w:spacing w:after="20" w:line="252" w:lineRule="auto"/>
        <w:rPr>
          <w:rFonts w:asciiTheme="minorEastAsia" w:eastAsiaTheme="minorEastAsia" w:hAnsiTheme="minorEastAsia"/>
          <w:sz w:val="21"/>
          <w:szCs w:val="21"/>
          <w:lang w:eastAsia="ja-JP"/>
        </w:rPr>
      </w:pPr>
      <w:r w:rsidRPr="00A65D8E">
        <w:rPr>
          <w:rFonts w:asciiTheme="minorEastAsia" w:eastAsiaTheme="minorEastAsia" w:hAnsiTheme="minorEastAsia"/>
          <w:b/>
          <w:sz w:val="21"/>
          <w:szCs w:val="21"/>
          <w:lang w:eastAsia="ja-JP"/>
        </w:rPr>
        <w:t xml:space="preserve">　　　　　　提出先：gakuseibu@owjc.ac.jp</w:t>
      </w:r>
    </w:p>
    <w:p w14:paraId="1F416E88" w14:textId="77777777" w:rsidR="001B3216" w:rsidRPr="00A65D8E" w:rsidRDefault="001B1505">
      <w:pPr>
        <w:spacing w:after="0" w:line="252" w:lineRule="auto"/>
        <w:rPr>
          <w:rFonts w:asciiTheme="minorEastAsia" w:eastAsiaTheme="minorEastAsia" w:hAnsiTheme="minorEastAsia"/>
          <w:sz w:val="21"/>
          <w:szCs w:val="21"/>
          <w:lang w:eastAsia="ja-JP"/>
        </w:rPr>
      </w:pPr>
      <w:r w:rsidRPr="00A65D8E">
        <w:rPr>
          <w:rFonts w:asciiTheme="minorEastAsia" w:eastAsiaTheme="minorEastAsia" w:hAnsiTheme="minorEastAsia"/>
          <w:sz w:val="21"/>
          <w:szCs w:val="21"/>
          <w:lang w:eastAsia="ja-JP"/>
        </w:rPr>
        <w:t>【提出前に】「申し込みの前に～実施にあたってのご案内とお願い～」に同意しますか？（ はい ・ いいえ ）</w:t>
      </w:r>
    </w:p>
    <w:p w14:paraId="2C3A0AF5" w14:textId="325722E5" w:rsidR="001B3216" w:rsidRDefault="001B1505">
      <w:pPr>
        <w:spacing w:after="60" w:line="252" w:lineRule="auto"/>
        <w:rPr>
          <w:rFonts w:asciiTheme="minorEastAsia" w:eastAsiaTheme="minorEastAsia" w:hAnsiTheme="minorEastAsia"/>
          <w:sz w:val="21"/>
          <w:szCs w:val="21"/>
          <w:lang w:eastAsia="ja-JP"/>
        </w:rPr>
      </w:pPr>
      <w:r w:rsidRPr="00A65D8E">
        <w:rPr>
          <w:rFonts w:asciiTheme="minorEastAsia" w:eastAsiaTheme="minorEastAsia" w:hAnsiTheme="minorEastAsia"/>
          <w:sz w:val="21"/>
          <w:szCs w:val="21"/>
          <w:lang w:eastAsia="ja-JP"/>
        </w:rPr>
        <w:t xml:space="preserve">　　　　　　</w:t>
      </w:r>
      <w:r w:rsidR="00217C70">
        <w:rPr>
          <w:rFonts w:asciiTheme="minorEastAsia" w:eastAsiaTheme="minorEastAsia" w:hAnsiTheme="minorEastAsia" w:hint="eastAsia"/>
          <w:sz w:val="21"/>
          <w:szCs w:val="21"/>
          <w:lang w:eastAsia="ja-JP"/>
        </w:rPr>
        <w:t xml:space="preserve"> </w:t>
      </w:r>
      <w:r w:rsidR="00051D58" w:rsidRPr="00051D58">
        <w:rPr>
          <w:rFonts w:asciiTheme="minorEastAsia" w:eastAsiaTheme="minorEastAsia" w:hAnsiTheme="minorEastAsia" w:hint="eastAsia"/>
          <w:sz w:val="21"/>
          <w:szCs w:val="21"/>
          <w:lang w:eastAsia="ja-JP"/>
        </w:rPr>
        <w:t>紹介文は</w:t>
      </w:r>
      <w:r w:rsidR="00051D58" w:rsidRPr="00051D58">
        <w:rPr>
          <w:rFonts w:asciiTheme="minorEastAsia" w:eastAsiaTheme="minorEastAsia" w:hAnsiTheme="minorEastAsia"/>
          <w:sz w:val="21"/>
          <w:szCs w:val="21"/>
          <w:lang w:eastAsia="ja-JP"/>
        </w:rPr>
        <w:t>150文字以内ですか？</w:t>
      </w:r>
      <w:r w:rsidRPr="00A65D8E">
        <w:rPr>
          <w:rFonts w:asciiTheme="minorEastAsia" w:eastAsiaTheme="minorEastAsia" w:hAnsiTheme="minorEastAsia"/>
          <w:sz w:val="21"/>
          <w:szCs w:val="21"/>
          <w:lang w:eastAsia="ja-JP"/>
        </w:rPr>
        <w:t>（ はい ・ いいえ ）</w:t>
      </w:r>
    </w:p>
    <w:p w14:paraId="4CB61DB9" w14:textId="77777777" w:rsidR="00A65D8E" w:rsidRPr="00A65D8E" w:rsidRDefault="00A65D8E">
      <w:pPr>
        <w:spacing w:after="60" w:line="252" w:lineRule="auto"/>
        <w:rPr>
          <w:rFonts w:asciiTheme="minorEastAsia" w:eastAsiaTheme="minorEastAsia" w:hAnsiTheme="minorEastAsia"/>
          <w:sz w:val="21"/>
          <w:szCs w:val="21"/>
          <w:lang w:eastAsia="ja-JP"/>
        </w:rPr>
      </w:pPr>
    </w:p>
    <w:p w14:paraId="49C331A5" w14:textId="77777777" w:rsidR="001B3216" w:rsidRPr="00A65D8E" w:rsidRDefault="001B1505">
      <w:pPr>
        <w:spacing w:after="40" w:line="252" w:lineRule="auto"/>
        <w:rPr>
          <w:rFonts w:asciiTheme="minorEastAsia" w:eastAsiaTheme="minorEastAsia" w:hAnsiTheme="minorEastAsia"/>
          <w:sz w:val="21"/>
          <w:szCs w:val="21"/>
          <w:lang w:eastAsia="ja-JP"/>
        </w:rPr>
      </w:pPr>
      <w:r w:rsidRPr="00A65D8E">
        <w:rPr>
          <w:rFonts w:asciiTheme="minorEastAsia" w:eastAsiaTheme="minorEastAsia" w:hAnsiTheme="minorEastAsia"/>
          <w:b/>
          <w:sz w:val="21"/>
          <w:szCs w:val="21"/>
          <w:lang w:eastAsia="ja-JP"/>
        </w:rPr>
        <w:t>Ⅰ．参加申込について</w:t>
      </w:r>
    </w:p>
    <w:tbl>
      <w:tblPr>
        <w:tblStyle w:val="afe"/>
        <w:tblW w:w="0" w:type="auto"/>
        <w:jc w:val="center"/>
        <w:tblLook w:val="04A0" w:firstRow="1" w:lastRow="0" w:firstColumn="1" w:lastColumn="0" w:noHBand="0" w:noVBand="1"/>
      </w:tblPr>
      <w:tblGrid>
        <w:gridCol w:w="2664"/>
        <w:gridCol w:w="3069"/>
        <w:gridCol w:w="1577"/>
        <w:gridCol w:w="3348"/>
      </w:tblGrid>
      <w:tr w:rsidR="001B3216" w:rsidRPr="00A65D8E" w14:paraId="60D47878" w14:textId="77777777" w:rsidTr="00051D58">
        <w:trPr>
          <w:trHeight w:val="590"/>
          <w:jc w:val="center"/>
        </w:trPr>
        <w:tc>
          <w:tcPr>
            <w:tcW w:w="2664" w:type="dxa"/>
            <w:shd w:val="clear" w:color="auto" w:fill="EAF1DD" w:themeFill="accent3" w:themeFillTint="33"/>
            <w:vAlign w:val="center"/>
          </w:tcPr>
          <w:p w14:paraId="60545C35" w14:textId="77777777" w:rsidR="001B3216" w:rsidRPr="00A65D8E" w:rsidRDefault="001B1505">
            <w:pPr>
              <w:spacing w:line="252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A65D8E">
              <w:rPr>
                <w:rFonts w:asciiTheme="minorEastAsia" w:eastAsiaTheme="minorEastAsia" w:hAnsiTheme="minorEastAsia"/>
                <w:b/>
                <w:sz w:val="21"/>
                <w:szCs w:val="21"/>
              </w:rPr>
              <w:t>法人・企業名</w:t>
            </w:r>
          </w:p>
        </w:tc>
        <w:tc>
          <w:tcPr>
            <w:tcW w:w="3069" w:type="dxa"/>
            <w:vAlign w:val="center"/>
          </w:tcPr>
          <w:p w14:paraId="1F625238" w14:textId="77777777" w:rsidR="001B3216" w:rsidRPr="00A65D8E" w:rsidRDefault="001B3216">
            <w:pPr>
              <w:spacing w:line="252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577" w:type="dxa"/>
            <w:shd w:val="clear" w:color="auto" w:fill="EAF1DD" w:themeFill="accent3" w:themeFillTint="33"/>
            <w:vAlign w:val="center"/>
          </w:tcPr>
          <w:p w14:paraId="19F8F694" w14:textId="77777777" w:rsidR="001B3216" w:rsidRPr="00A65D8E" w:rsidRDefault="001B1505">
            <w:pPr>
              <w:spacing w:line="252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A65D8E">
              <w:rPr>
                <w:rFonts w:asciiTheme="minorEastAsia" w:eastAsiaTheme="minorEastAsia" w:hAnsiTheme="minorEastAsia"/>
                <w:b/>
                <w:sz w:val="21"/>
                <w:szCs w:val="21"/>
              </w:rPr>
              <w:t>施設名</w:t>
            </w:r>
          </w:p>
        </w:tc>
        <w:tc>
          <w:tcPr>
            <w:tcW w:w="3347" w:type="dxa"/>
            <w:vAlign w:val="center"/>
          </w:tcPr>
          <w:p w14:paraId="7F184322" w14:textId="77777777" w:rsidR="001B3216" w:rsidRPr="00A65D8E" w:rsidRDefault="001B3216">
            <w:pPr>
              <w:spacing w:line="252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  <w:tr w:rsidR="001B3216" w:rsidRPr="00A65D8E" w14:paraId="19452BF2" w14:textId="77777777" w:rsidTr="00B37EAB">
        <w:trPr>
          <w:trHeight w:val="711"/>
          <w:jc w:val="center"/>
        </w:trPr>
        <w:tc>
          <w:tcPr>
            <w:tcW w:w="2664" w:type="dxa"/>
            <w:shd w:val="clear" w:color="auto" w:fill="EAF1DD" w:themeFill="accent3" w:themeFillTint="33"/>
            <w:vAlign w:val="center"/>
          </w:tcPr>
          <w:p w14:paraId="521E7D04" w14:textId="77777777" w:rsidR="001B3216" w:rsidRPr="00A65D8E" w:rsidRDefault="001B1505">
            <w:pPr>
              <w:spacing w:line="252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A65D8E">
              <w:rPr>
                <w:rFonts w:asciiTheme="minorEastAsia" w:eastAsiaTheme="minorEastAsia" w:hAnsiTheme="minorEastAsia"/>
                <w:b/>
                <w:sz w:val="21"/>
                <w:szCs w:val="21"/>
              </w:rPr>
              <w:t>区分</w:t>
            </w:r>
          </w:p>
        </w:tc>
        <w:tc>
          <w:tcPr>
            <w:tcW w:w="7994" w:type="dxa"/>
            <w:gridSpan w:val="3"/>
            <w:vAlign w:val="center"/>
          </w:tcPr>
          <w:p w14:paraId="656A0D0E" w14:textId="77777777" w:rsidR="006B4284" w:rsidRDefault="001B1505">
            <w:pPr>
              <w:spacing w:line="252" w:lineRule="auto"/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</w:pPr>
            <w:r w:rsidRPr="00A65D8E"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  <w:t>□</w:t>
            </w:r>
            <w:r w:rsidR="006B4284">
              <w:rPr>
                <w:rFonts w:asciiTheme="minorEastAsia" w:eastAsiaTheme="minorEastAsia" w:hAnsiTheme="minorEastAsia" w:hint="eastAsia"/>
                <w:sz w:val="21"/>
                <w:szCs w:val="21"/>
                <w:lang w:eastAsia="ja-JP"/>
              </w:rPr>
              <w:t>保育所・</w:t>
            </w:r>
            <w:r w:rsidRPr="00A65D8E"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  <w:t xml:space="preserve">保育園　□幼稚園　□認定こども園　□児童館　□学童　</w:t>
            </w:r>
          </w:p>
          <w:p w14:paraId="4AC24105" w14:textId="3908F76A" w:rsidR="001B3216" w:rsidRPr="00A65D8E" w:rsidRDefault="001B1505">
            <w:pPr>
              <w:spacing w:line="252" w:lineRule="auto"/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</w:pPr>
            <w:r w:rsidRPr="00A65D8E"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  <w:t>□放課後等デイ</w:t>
            </w:r>
            <w:r w:rsidR="006B4284">
              <w:rPr>
                <w:rFonts w:asciiTheme="minorEastAsia" w:eastAsiaTheme="minorEastAsia" w:hAnsiTheme="minorEastAsia" w:hint="eastAsia"/>
                <w:sz w:val="21"/>
                <w:szCs w:val="21"/>
                <w:lang w:eastAsia="ja-JP"/>
              </w:rPr>
              <w:t xml:space="preserve">　　</w:t>
            </w:r>
            <w:r w:rsidRPr="00A65D8E"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  <w:t>□そ</w:t>
            </w:r>
            <w:r w:rsidR="006B4284">
              <w:rPr>
                <w:rFonts w:asciiTheme="minorEastAsia" w:eastAsiaTheme="minorEastAsia" w:hAnsiTheme="minorEastAsia" w:hint="eastAsia"/>
                <w:sz w:val="21"/>
                <w:szCs w:val="21"/>
                <w:lang w:eastAsia="ja-JP"/>
              </w:rPr>
              <w:t>の他</w:t>
            </w:r>
            <w:r w:rsidRPr="00A65D8E"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  <w:t>（　　　　　　　　　　　　　　　　　　　　　）</w:t>
            </w:r>
          </w:p>
        </w:tc>
      </w:tr>
      <w:tr w:rsidR="00A65D8E" w:rsidRPr="00A65D8E" w14:paraId="73A38EE9" w14:textId="77777777" w:rsidTr="00B37EAB">
        <w:trPr>
          <w:trHeight w:val="671"/>
          <w:jc w:val="center"/>
        </w:trPr>
        <w:tc>
          <w:tcPr>
            <w:tcW w:w="2664" w:type="dxa"/>
            <w:shd w:val="clear" w:color="auto" w:fill="EAF1DD" w:themeFill="accent3" w:themeFillTint="33"/>
            <w:vAlign w:val="center"/>
          </w:tcPr>
          <w:p w14:paraId="0DB38F33" w14:textId="77777777" w:rsidR="00A65D8E" w:rsidRPr="00A65D8E" w:rsidRDefault="00A65D8E">
            <w:pPr>
              <w:spacing w:line="252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A65D8E">
              <w:rPr>
                <w:rFonts w:asciiTheme="minorEastAsia" w:eastAsiaTheme="minorEastAsia" w:hAnsiTheme="minorEastAsia"/>
                <w:b/>
                <w:sz w:val="21"/>
                <w:szCs w:val="21"/>
              </w:rPr>
              <w:t>ご担当者氏名</w:t>
            </w:r>
          </w:p>
        </w:tc>
        <w:tc>
          <w:tcPr>
            <w:tcW w:w="3069" w:type="dxa"/>
            <w:vAlign w:val="center"/>
          </w:tcPr>
          <w:p w14:paraId="58A2B618" w14:textId="77777777" w:rsidR="00A65D8E" w:rsidRPr="00A65D8E" w:rsidRDefault="00A65D8E">
            <w:pPr>
              <w:spacing w:line="252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577" w:type="dxa"/>
            <w:vAlign w:val="center"/>
          </w:tcPr>
          <w:p w14:paraId="382ADF9B" w14:textId="77777777" w:rsidR="00A65D8E" w:rsidRDefault="00A65D8E">
            <w:pPr>
              <w:spacing w:line="252" w:lineRule="auto"/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</w:pPr>
            <w:r w:rsidRPr="00A65D8E">
              <w:rPr>
                <w:rFonts w:asciiTheme="minorEastAsia" w:eastAsiaTheme="minorEastAsia" w:hAnsiTheme="minorEastAsia" w:hint="eastAsia"/>
                <w:sz w:val="21"/>
                <w:szCs w:val="21"/>
                <w:lang w:eastAsia="ja-JP"/>
              </w:rPr>
              <w:t>ご担当者</w:t>
            </w:r>
          </w:p>
          <w:p w14:paraId="75309DD1" w14:textId="5FD10982" w:rsidR="00A65D8E" w:rsidRPr="00A65D8E" w:rsidRDefault="00A65D8E">
            <w:pPr>
              <w:spacing w:line="252" w:lineRule="auto"/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</w:pPr>
            <w:r w:rsidRPr="00A65D8E">
              <w:rPr>
                <w:rFonts w:asciiTheme="minorEastAsia" w:eastAsiaTheme="minorEastAsia" w:hAnsiTheme="minorEastAsia" w:hint="eastAsia"/>
                <w:sz w:val="21"/>
                <w:szCs w:val="21"/>
                <w:lang w:eastAsia="ja-JP"/>
              </w:rPr>
              <w:t>緊急連絡先</w:t>
            </w:r>
          </w:p>
        </w:tc>
        <w:tc>
          <w:tcPr>
            <w:tcW w:w="3347" w:type="dxa"/>
            <w:vAlign w:val="center"/>
          </w:tcPr>
          <w:p w14:paraId="4FFB3816" w14:textId="408C1231" w:rsidR="00A65D8E" w:rsidRPr="00A65D8E" w:rsidRDefault="00A65D8E">
            <w:pPr>
              <w:spacing w:line="252" w:lineRule="auto"/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</w:pPr>
          </w:p>
        </w:tc>
      </w:tr>
      <w:tr w:rsidR="001B3216" w:rsidRPr="00A65D8E" w14:paraId="19921659" w14:textId="77777777" w:rsidTr="00B37EAB">
        <w:trPr>
          <w:trHeight w:val="711"/>
          <w:jc w:val="center"/>
        </w:trPr>
        <w:tc>
          <w:tcPr>
            <w:tcW w:w="2664" w:type="dxa"/>
            <w:shd w:val="clear" w:color="auto" w:fill="EAF1DD" w:themeFill="accent3" w:themeFillTint="33"/>
            <w:vAlign w:val="center"/>
          </w:tcPr>
          <w:p w14:paraId="64AE8890" w14:textId="77777777" w:rsidR="001B3216" w:rsidRPr="00A65D8E" w:rsidRDefault="001B1505">
            <w:pPr>
              <w:spacing w:line="252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A65D8E">
              <w:rPr>
                <w:rFonts w:asciiTheme="minorEastAsia" w:eastAsiaTheme="minorEastAsia" w:hAnsiTheme="minorEastAsia"/>
                <w:b/>
                <w:sz w:val="21"/>
                <w:szCs w:val="21"/>
              </w:rPr>
              <w:t>住所</w:t>
            </w:r>
          </w:p>
        </w:tc>
        <w:tc>
          <w:tcPr>
            <w:tcW w:w="7994" w:type="dxa"/>
            <w:gridSpan w:val="3"/>
            <w:vAlign w:val="center"/>
          </w:tcPr>
          <w:p w14:paraId="16B9E956" w14:textId="77777777" w:rsidR="001B3216" w:rsidRPr="00A65D8E" w:rsidRDefault="001B1505">
            <w:pPr>
              <w:spacing w:line="252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A65D8E">
              <w:rPr>
                <w:rFonts w:asciiTheme="minorEastAsia" w:eastAsiaTheme="minorEastAsia" w:hAnsiTheme="minorEastAsia"/>
                <w:sz w:val="21"/>
                <w:szCs w:val="21"/>
              </w:rPr>
              <w:t>〒</w:t>
            </w:r>
          </w:p>
          <w:p w14:paraId="315B6082" w14:textId="77777777" w:rsidR="001B3216" w:rsidRPr="00A65D8E" w:rsidRDefault="001B3216">
            <w:pPr>
              <w:spacing w:line="252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  <w:tr w:rsidR="001B3216" w:rsidRPr="00A65D8E" w14:paraId="57766A1A" w14:textId="77777777" w:rsidTr="00B37EAB">
        <w:trPr>
          <w:trHeight w:val="711"/>
          <w:jc w:val="center"/>
        </w:trPr>
        <w:tc>
          <w:tcPr>
            <w:tcW w:w="2664" w:type="dxa"/>
            <w:shd w:val="clear" w:color="auto" w:fill="EAF1DD" w:themeFill="accent3" w:themeFillTint="33"/>
            <w:vAlign w:val="center"/>
          </w:tcPr>
          <w:p w14:paraId="147013E0" w14:textId="77777777" w:rsidR="001B3216" w:rsidRPr="00A65D8E" w:rsidRDefault="001B1505">
            <w:pPr>
              <w:spacing w:line="252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A65D8E">
              <w:rPr>
                <w:rFonts w:asciiTheme="minorEastAsia" w:eastAsiaTheme="minorEastAsia" w:hAnsiTheme="minorEastAsia"/>
                <w:b/>
                <w:sz w:val="21"/>
                <w:szCs w:val="21"/>
              </w:rPr>
              <w:t>TEL・FAX・E-mail</w:t>
            </w:r>
          </w:p>
        </w:tc>
        <w:tc>
          <w:tcPr>
            <w:tcW w:w="7994" w:type="dxa"/>
            <w:gridSpan w:val="3"/>
            <w:vAlign w:val="center"/>
          </w:tcPr>
          <w:p w14:paraId="79128B49" w14:textId="777D413A" w:rsidR="001B3216" w:rsidRPr="00A65D8E" w:rsidRDefault="001B1505">
            <w:pPr>
              <w:spacing w:line="252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A65D8E">
              <w:rPr>
                <w:rFonts w:asciiTheme="minorEastAsia" w:eastAsiaTheme="minorEastAsia" w:hAnsiTheme="minorEastAsia"/>
                <w:sz w:val="21"/>
                <w:szCs w:val="21"/>
              </w:rPr>
              <w:t>TEL　　　　　　　　　　　FAX</w:t>
            </w:r>
            <w:r w:rsidRPr="00A65D8E">
              <w:rPr>
                <w:rFonts w:asciiTheme="minorEastAsia" w:eastAsiaTheme="minorEastAsia" w:hAnsiTheme="minorEastAsia"/>
                <w:sz w:val="21"/>
                <w:szCs w:val="21"/>
              </w:rPr>
              <w:br/>
              <w:t>E-mail</w:t>
            </w:r>
          </w:p>
        </w:tc>
      </w:tr>
      <w:tr w:rsidR="001B3216" w:rsidRPr="00A65D8E" w14:paraId="5F627912" w14:textId="77777777" w:rsidTr="00B37EAB">
        <w:trPr>
          <w:trHeight w:val="692"/>
          <w:jc w:val="center"/>
        </w:trPr>
        <w:tc>
          <w:tcPr>
            <w:tcW w:w="2664" w:type="dxa"/>
            <w:shd w:val="clear" w:color="auto" w:fill="EAF1DD" w:themeFill="accent3" w:themeFillTint="33"/>
            <w:vAlign w:val="center"/>
          </w:tcPr>
          <w:p w14:paraId="74D14793" w14:textId="77777777" w:rsidR="001B3216" w:rsidRPr="00A65D8E" w:rsidRDefault="001B1505">
            <w:pPr>
              <w:spacing w:line="252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A65D8E">
              <w:rPr>
                <w:rFonts w:asciiTheme="minorEastAsia" w:eastAsiaTheme="minorEastAsia" w:hAnsiTheme="minorEastAsia"/>
                <w:b/>
                <w:sz w:val="21"/>
                <w:szCs w:val="21"/>
              </w:rPr>
              <w:t>説明会実施日</w:t>
            </w:r>
          </w:p>
        </w:tc>
        <w:tc>
          <w:tcPr>
            <w:tcW w:w="7994" w:type="dxa"/>
            <w:gridSpan w:val="3"/>
            <w:vAlign w:val="center"/>
          </w:tcPr>
          <w:p w14:paraId="697F9ACC" w14:textId="1B3C33E7" w:rsidR="001B3216" w:rsidRPr="00A65D8E" w:rsidRDefault="001B1505">
            <w:pPr>
              <w:spacing w:line="252" w:lineRule="auto"/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</w:pPr>
            <w:r w:rsidRPr="00A65D8E"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  <w:t xml:space="preserve">　　　年　　月　　日　12：15～12：55（1Fロビー）</w:t>
            </w:r>
            <w:r w:rsidRPr="00A65D8E"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  <w:br/>
            </w:r>
            <w:r w:rsidRPr="00B37EAB">
              <w:rPr>
                <w:rFonts w:asciiTheme="minorEastAsia" w:eastAsiaTheme="minorEastAsia" w:hAnsiTheme="minorEastAsia"/>
                <w:b/>
                <w:bCs/>
                <w:color w:val="C0504D" w:themeColor="accent2"/>
                <w:sz w:val="21"/>
                <w:szCs w:val="21"/>
                <w:lang w:eastAsia="ja-JP"/>
              </w:rPr>
              <w:t>※申込後に調整します。本欄は記入しないでください。</w:t>
            </w:r>
          </w:p>
        </w:tc>
      </w:tr>
    </w:tbl>
    <w:p w14:paraId="7A2E85A4" w14:textId="77777777" w:rsidR="00A65D8E" w:rsidRDefault="00A65D8E">
      <w:pPr>
        <w:spacing w:before="80" w:after="40" w:line="252" w:lineRule="auto"/>
        <w:rPr>
          <w:rFonts w:asciiTheme="minorEastAsia" w:eastAsiaTheme="minorEastAsia" w:hAnsiTheme="minorEastAsia"/>
          <w:b/>
          <w:sz w:val="21"/>
          <w:szCs w:val="21"/>
          <w:lang w:eastAsia="ja-JP"/>
        </w:rPr>
      </w:pPr>
    </w:p>
    <w:p w14:paraId="7BA5368A" w14:textId="779715DC" w:rsidR="00A65D8E" w:rsidRPr="00A65D8E" w:rsidRDefault="001B1505">
      <w:pPr>
        <w:spacing w:before="80" w:after="40" w:line="252" w:lineRule="auto"/>
        <w:rPr>
          <w:rFonts w:asciiTheme="minorEastAsia" w:eastAsiaTheme="minorEastAsia" w:hAnsiTheme="minorEastAsia"/>
          <w:b/>
          <w:sz w:val="21"/>
          <w:szCs w:val="21"/>
          <w:lang w:eastAsia="ja-JP"/>
        </w:rPr>
      </w:pPr>
      <w:r w:rsidRPr="00A65D8E">
        <w:rPr>
          <w:rFonts w:asciiTheme="minorEastAsia" w:eastAsiaTheme="minorEastAsia" w:hAnsiTheme="minorEastAsia"/>
          <w:b/>
          <w:sz w:val="21"/>
          <w:szCs w:val="21"/>
          <w:lang w:eastAsia="ja-JP"/>
        </w:rPr>
        <w:t>Ⅱ．説明会当日について</w:t>
      </w:r>
      <w:r w:rsidR="00A65D8E">
        <w:rPr>
          <w:rFonts w:asciiTheme="minorEastAsia" w:eastAsiaTheme="minorEastAsia" w:hAnsiTheme="minorEastAsia" w:hint="eastAsia"/>
          <w:b/>
          <w:sz w:val="21"/>
          <w:szCs w:val="21"/>
          <w:lang w:eastAsia="ja-JP"/>
        </w:rPr>
        <w:t xml:space="preserve"> (</w:t>
      </w:r>
      <w:r w:rsidR="00A65D8E" w:rsidRPr="00A65D8E">
        <w:rPr>
          <w:rFonts w:asciiTheme="minorEastAsia" w:eastAsiaTheme="minorEastAsia" w:hAnsiTheme="minorEastAsia" w:hint="eastAsia"/>
          <w:b/>
          <w:sz w:val="21"/>
          <w:szCs w:val="21"/>
          <w:lang w:eastAsia="ja-JP"/>
        </w:rPr>
        <w:t>※当日は</w:t>
      </w:r>
      <w:r w:rsidR="00A65D8E" w:rsidRPr="00A65D8E">
        <w:rPr>
          <w:rFonts w:asciiTheme="minorEastAsia" w:eastAsiaTheme="minorEastAsia" w:hAnsiTheme="minorEastAsia"/>
          <w:b/>
          <w:sz w:val="21"/>
          <w:szCs w:val="21"/>
          <w:lang w:eastAsia="ja-JP"/>
        </w:rPr>
        <w:t>11：45を目安に来校し、ご準備をお願いします。</w:t>
      </w:r>
      <w:r w:rsidR="00A65D8E">
        <w:rPr>
          <w:rFonts w:asciiTheme="minorEastAsia" w:eastAsiaTheme="minorEastAsia" w:hAnsiTheme="minorEastAsia" w:hint="eastAsia"/>
          <w:b/>
          <w:sz w:val="21"/>
          <w:szCs w:val="21"/>
          <w:lang w:eastAsia="ja-JP"/>
        </w:rPr>
        <w:t>)</w:t>
      </w:r>
    </w:p>
    <w:tbl>
      <w:tblPr>
        <w:tblStyle w:val="afe"/>
        <w:tblW w:w="0" w:type="auto"/>
        <w:jc w:val="center"/>
        <w:tblLook w:val="04A0" w:firstRow="1" w:lastRow="0" w:firstColumn="1" w:lastColumn="0" w:noHBand="0" w:noVBand="1"/>
      </w:tblPr>
      <w:tblGrid>
        <w:gridCol w:w="2657"/>
        <w:gridCol w:w="2775"/>
        <w:gridCol w:w="1984"/>
        <w:gridCol w:w="3213"/>
      </w:tblGrid>
      <w:tr w:rsidR="001B3216" w:rsidRPr="00A65D8E" w14:paraId="675A5CE3" w14:textId="77777777" w:rsidTr="00B37EAB">
        <w:trPr>
          <w:trHeight w:val="364"/>
          <w:jc w:val="center"/>
        </w:trPr>
        <w:tc>
          <w:tcPr>
            <w:tcW w:w="2657" w:type="dxa"/>
            <w:shd w:val="clear" w:color="auto" w:fill="EAF1DD" w:themeFill="accent3" w:themeFillTint="33"/>
            <w:vAlign w:val="center"/>
          </w:tcPr>
          <w:p w14:paraId="204B7417" w14:textId="77777777" w:rsidR="001B3216" w:rsidRPr="00A65D8E" w:rsidRDefault="001B1505">
            <w:pPr>
              <w:spacing w:line="252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A65D8E">
              <w:rPr>
                <w:rFonts w:asciiTheme="minorEastAsia" w:eastAsiaTheme="minorEastAsia" w:hAnsiTheme="minorEastAsia"/>
                <w:b/>
                <w:sz w:val="21"/>
                <w:szCs w:val="21"/>
              </w:rPr>
              <w:t>当日の参加予定人数</w:t>
            </w:r>
          </w:p>
        </w:tc>
        <w:tc>
          <w:tcPr>
            <w:tcW w:w="7972" w:type="dxa"/>
            <w:gridSpan w:val="3"/>
            <w:vAlign w:val="center"/>
          </w:tcPr>
          <w:p w14:paraId="572FFF1A" w14:textId="6F9FD2B2" w:rsidR="001B3216" w:rsidRPr="00A65D8E" w:rsidRDefault="001B1505">
            <w:pPr>
              <w:spacing w:line="252" w:lineRule="auto"/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</w:pPr>
            <w:r w:rsidRPr="00A65D8E"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  <w:t xml:space="preserve">　　　名　※最大2名まで</w:t>
            </w:r>
          </w:p>
        </w:tc>
      </w:tr>
      <w:tr w:rsidR="001B3216" w:rsidRPr="00A65D8E" w14:paraId="6611BD65" w14:textId="77777777" w:rsidTr="00990499">
        <w:trPr>
          <w:trHeight w:val="485"/>
          <w:jc w:val="center"/>
        </w:trPr>
        <w:tc>
          <w:tcPr>
            <w:tcW w:w="2657" w:type="dxa"/>
            <w:shd w:val="clear" w:color="auto" w:fill="EAF1DD" w:themeFill="accent3" w:themeFillTint="33"/>
            <w:vAlign w:val="center"/>
          </w:tcPr>
          <w:p w14:paraId="10AA6582" w14:textId="77777777" w:rsidR="001B3216" w:rsidRPr="00A65D8E" w:rsidRDefault="001B1505">
            <w:pPr>
              <w:spacing w:line="252" w:lineRule="auto"/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</w:pPr>
            <w:r w:rsidRPr="00A65D8E">
              <w:rPr>
                <w:rFonts w:asciiTheme="minorEastAsia" w:eastAsiaTheme="minorEastAsia" w:hAnsiTheme="minorEastAsia"/>
                <w:b/>
                <w:sz w:val="21"/>
                <w:szCs w:val="21"/>
                <w:lang w:eastAsia="ja-JP"/>
              </w:rPr>
              <w:t>当日参加ご担当者名①</w:t>
            </w:r>
          </w:p>
        </w:tc>
        <w:tc>
          <w:tcPr>
            <w:tcW w:w="2775" w:type="dxa"/>
            <w:vAlign w:val="center"/>
          </w:tcPr>
          <w:p w14:paraId="7404D50F" w14:textId="77777777" w:rsidR="001B3216" w:rsidRPr="00051D58" w:rsidRDefault="001B3216">
            <w:pPr>
              <w:spacing w:line="252" w:lineRule="auto"/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</w:pPr>
          </w:p>
        </w:tc>
        <w:tc>
          <w:tcPr>
            <w:tcW w:w="1984" w:type="dxa"/>
            <w:shd w:val="clear" w:color="auto" w:fill="EAF1DD" w:themeFill="accent3" w:themeFillTint="33"/>
            <w:vAlign w:val="center"/>
          </w:tcPr>
          <w:p w14:paraId="786EA06C" w14:textId="77777777" w:rsidR="001B3216" w:rsidRPr="00A65D8E" w:rsidRDefault="001B1505">
            <w:pPr>
              <w:spacing w:line="252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A65D8E">
              <w:rPr>
                <w:rFonts w:asciiTheme="minorEastAsia" w:eastAsiaTheme="minorEastAsia" w:hAnsiTheme="minorEastAsia"/>
                <w:b/>
                <w:sz w:val="21"/>
                <w:szCs w:val="21"/>
              </w:rPr>
              <w:t>本学卒業生の場合</w:t>
            </w:r>
          </w:p>
        </w:tc>
        <w:tc>
          <w:tcPr>
            <w:tcW w:w="3213" w:type="dxa"/>
            <w:vAlign w:val="center"/>
          </w:tcPr>
          <w:p w14:paraId="470D58BA" w14:textId="6273F3BD" w:rsidR="001B3216" w:rsidRPr="00A65D8E" w:rsidRDefault="001B1505">
            <w:pPr>
              <w:spacing w:line="252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A65D8E">
              <w:rPr>
                <w:rFonts w:asciiTheme="minorEastAsia" w:eastAsiaTheme="minorEastAsia" w:hAnsiTheme="minorEastAsia"/>
                <w:sz w:val="21"/>
                <w:szCs w:val="21"/>
              </w:rPr>
              <w:t xml:space="preserve">　　　</w:t>
            </w:r>
            <w:r w:rsidR="004C0986">
              <w:rPr>
                <w:rFonts w:asciiTheme="minorEastAsia" w:eastAsiaTheme="minorEastAsia" w:hAnsiTheme="minorEastAsia" w:hint="eastAsia"/>
                <w:sz w:val="21"/>
                <w:szCs w:val="21"/>
                <w:lang w:eastAsia="ja-JP"/>
              </w:rPr>
              <w:t>年</w:t>
            </w:r>
            <w:r w:rsidRPr="00A65D8E">
              <w:rPr>
                <w:rFonts w:asciiTheme="minorEastAsia" w:eastAsiaTheme="minorEastAsia" w:hAnsiTheme="minorEastAsia"/>
                <w:sz w:val="21"/>
                <w:szCs w:val="21"/>
              </w:rPr>
              <w:t>沖女卒業</w:t>
            </w:r>
          </w:p>
        </w:tc>
      </w:tr>
      <w:tr w:rsidR="001B3216" w:rsidRPr="00A65D8E" w14:paraId="584E203E" w14:textId="77777777" w:rsidTr="00990499">
        <w:trPr>
          <w:trHeight w:val="563"/>
          <w:jc w:val="center"/>
        </w:trPr>
        <w:tc>
          <w:tcPr>
            <w:tcW w:w="2657" w:type="dxa"/>
            <w:shd w:val="clear" w:color="auto" w:fill="EAF1DD" w:themeFill="accent3" w:themeFillTint="33"/>
            <w:vAlign w:val="center"/>
          </w:tcPr>
          <w:p w14:paraId="519BC620" w14:textId="77777777" w:rsidR="001B3216" w:rsidRPr="00A65D8E" w:rsidRDefault="001B1505">
            <w:pPr>
              <w:spacing w:line="252" w:lineRule="auto"/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</w:pPr>
            <w:r w:rsidRPr="00A65D8E">
              <w:rPr>
                <w:rFonts w:asciiTheme="minorEastAsia" w:eastAsiaTheme="minorEastAsia" w:hAnsiTheme="minorEastAsia"/>
                <w:b/>
                <w:sz w:val="21"/>
                <w:szCs w:val="21"/>
                <w:lang w:eastAsia="ja-JP"/>
              </w:rPr>
              <w:t>当日参加ご担当者名②</w:t>
            </w:r>
          </w:p>
        </w:tc>
        <w:tc>
          <w:tcPr>
            <w:tcW w:w="2775" w:type="dxa"/>
            <w:vAlign w:val="center"/>
          </w:tcPr>
          <w:p w14:paraId="600C8BD2" w14:textId="77777777" w:rsidR="001B3216" w:rsidRPr="00A65D8E" w:rsidRDefault="001B3216">
            <w:pPr>
              <w:spacing w:line="252" w:lineRule="auto"/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</w:pPr>
          </w:p>
        </w:tc>
        <w:tc>
          <w:tcPr>
            <w:tcW w:w="1984" w:type="dxa"/>
            <w:shd w:val="clear" w:color="auto" w:fill="EAF1DD" w:themeFill="accent3" w:themeFillTint="33"/>
            <w:vAlign w:val="center"/>
          </w:tcPr>
          <w:p w14:paraId="5C5CDB18" w14:textId="77777777" w:rsidR="001B3216" w:rsidRPr="00A65D8E" w:rsidRDefault="001B1505">
            <w:pPr>
              <w:spacing w:line="252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A65D8E">
              <w:rPr>
                <w:rFonts w:asciiTheme="minorEastAsia" w:eastAsiaTheme="minorEastAsia" w:hAnsiTheme="minorEastAsia"/>
                <w:b/>
                <w:sz w:val="21"/>
                <w:szCs w:val="21"/>
              </w:rPr>
              <w:t>本学卒業生の場合</w:t>
            </w:r>
          </w:p>
        </w:tc>
        <w:tc>
          <w:tcPr>
            <w:tcW w:w="3213" w:type="dxa"/>
            <w:vAlign w:val="center"/>
          </w:tcPr>
          <w:p w14:paraId="714DFF75" w14:textId="77777777" w:rsidR="001B3216" w:rsidRPr="00A65D8E" w:rsidRDefault="001B1505">
            <w:pPr>
              <w:spacing w:line="252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A65D8E">
              <w:rPr>
                <w:rFonts w:asciiTheme="minorEastAsia" w:eastAsiaTheme="minorEastAsia" w:hAnsiTheme="minorEastAsia"/>
                <w:sz w:val="21"/>
                <w:szCs w:val="21"/>
              </w:rPr>
              <w:t xml:space="preserve">　　　年沖女卒業</w:t>
            </w:r>
          </w:p>
        </w:tc>
      </w:tr>
      <w:tr w:rsidR="00990499" w:rsidRPr="00A65D8E" w14:paraId="77FD099F" w14:textId="77777777" w:rsidTr="00990499">
        <w:trPr>
          <w:trHeight w:val="557"/>
          <w:jc w:val="center"/>
        </w:trPr>
        <w:tc>
          <w:tcPr>
            <w:tcW w:w="2657" w:type="dxa"/>
            <w:shd w:val="clear" w:color="auto" w:fill="EAF1DD" w:themeFill="accent3" w:themeFillTint="33"/>
            <w:vAlign w:val="center"/>
          </w:tcPr>
          <w:p w14:paraId="4837C45D" w14:textId="77777777" w:rsidR="00990499" w:rsidRPr="00A65D8E" w:rsidRDefault="00990499" w:rsidP="00990499">
            <w:pPr>
              <w:spacing w:line="252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A65D8E">
              <w:rPr>
                <w:rFonts w:asciiTheme="minorEastAsia" w:eastAsiaTheme="minorEastAsia" w:hAnsiTheme="minorEastAsia"/>
                <w:b/>
                <w:sz w:val="21"/>
                <w:szCs w:val="21"/>
              </w:rPr>
              <w:t>募集職種</w:t>
            </w:r>
          </w:p>
        </w:tc>
        <w:tc>
          <w:tcPr>
            <w:tcW w:w="2775" w:type="dxa"/>
            <w:vAlign w:val="center"/>
          </w:tcPr>
          <w:p w14:paraId="75AE0D83" w14:textId="77777777" w:rsidR="00990499" w:rsidRPr="00A65D8E" w:rsidRDefault="00990499" w:rsidP="00990499">
            <w:pPr>
              <w:spacing w:line="252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984" w:type="dxa"/>
            <w:shd w:val="clear" w:color="auto" w:fill="EAF1DD" w:themeFill="accent3" w:themeFillTint="33"/>
            <w:vAlign w:val="center"/>
          </w:tcPr>
          <w:p w14:paraId="31494357" w14:textId="0D154C1E" w:rsidR="00990499" w:rsidRPr="00A65D8E" w:rsidRDefault="00990499" w:rsidP="00990499">
            <w:pPr>
              <w:spacing w:line="252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CB7690">
              <w:rPr>
                <w:rFonts w:asciiTheme="minorEastAsia" w:eastAsiaTheme="minorEastAsia" w:hAnsiTheme="minorEastAsia"/>
                <w:b/>
                <w:sz w:val="21"/>
                <w:szCs w:val="21"/>
              </w:rPr>
              <w:t>雇用形態</w:t>
            </w:r>
          </w:p>
        </w:tc>
        <w:tc>
          <w:tcPr>
            <w:tcW w:w="3213" w:type="dxa"/>
            <w:vAlign w:val="center"/>
          </w:tcPr>
          <w:p w14:paraId="0515DC51" w14:textId="77777777" w:rsidR="00990499" w:rsidRDefault="00990499" w:rsidP="00990499">
            <w:pPr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</w:pPr>
            <w:r w:rsidRPr="00CB7690"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  <w:t>□正規</w:t>
            </w:r>
            <w:r>
              <w:rPr>
                <w:rFonts w:asciiTheme="minorEastAsia" w:eastAsiaTheme="minorEastAsia" w:hAnsiTheme="minorEastAsia" w:hint="eastAsia"/>
                <w:sz w:val="21"/>
                <w:szCs w:val="21"/>
                <w:lang w:eastAsia="ja-JP"/>
              </w:rPr>
              <w:t xml:space="preserve">　</w:t>
            </w:r>
            <w:r w:rsidRPr="00CB7690"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  <w:t xml:space="preserve">　□非正規</w:t>
            </w:r>
          </w:p>
          <w:p w14:paraId="0553B96C" w14:textId="32B1B27E" w:rsidR="00990499" w:rsidRPr="00A65D8E" w:rsidRDefault="00990499" w:rsidP="00990499">
            <w:pPr>
              <w:spacing w:line="252" w:lineRule="auto"/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</w:pPr>
            <w:r w:rsidRPr="00CB7690"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  <w:t>□その他</w:t>
            </w:r>
          </w:p>
        </w:tc>
      </w:tr>
      <w:tr w:rsidR="00990499" w:rsidRPr="00A65D8E" w14:paraId="46072AAE" w14:textId="77777777" w:rsidTr="00C8391D">
        <w:trPr>
          <w:trHeight w:val="364"/>
          <w:jc w:val="center"/>
        </w:trPr>
        <w:tc>
          <w:tcPr>
            <w:tcW w:w="2657" w:type="dxa"/>
            <w:shd w:val="clear" w:color="auto" w:fill="EAF1DD" w:themeFill="accent3" w:themeFillTint="33"/>
            <w:vAlign w:val="center"/>
          </w:tcPr>
          <w:p w14:paraId="5A4DD339" w14:textId="3D983182" w:rsidR="00990499" w:rsidRPr="00A65D8E" w:rsidRDefault="00990499" w:rsidP="00990499">
            <w:pPr>
              <w:spacing w:line="252" w:lineRule="auto"/>
              <w:rPr>
                <w:rFonts w:asciiTheme="minorEastAsia" w:eastAsiaTheme="minorEastAsia" w:hAnsiTheme="minorEastAsia"/>
                <w:b/>
                <w:sz w:val="21"/>
                <w:szCs w:val="21"/>
              </w:rPr>
            </w:pPr>
            <w:r w:rsidRPr="00B37EAB">
              <w:rPr>
                <w:rFonts w:asciiTheme="minorEastAsia" w:eastAsiaTheme="minorEastAsia" w:hAnsiTheme="minorEastAsia" w:hint="eastAsia"/>
                <w:b/>
                <w:sz w:val="21"/>
                <w:szCs w:val="21"/>
              </w:rPr>
              <w:t>勤務地</w:t>
            </w:r>
          </w:p>
        </w:tc>
        <w:tc>
          <w:tcPr>
            <w:tcW w:w="7972" w:type="dxa"/>
            <w:gridSpan w:val="3"/>
            <w:vAlign w:val="center"/>
          </w:tcPr>
          <w:p w14:paraId="4B7D1F4F" w14:textId="77777777" w:rsidR="00990499" w:rsidRPr="00B37EAB" w:rsidRDefault="00990499" w:rsidP="00990499">
            <w:pPr>
              <w:spacing w:line="252" w:lineRule="auto"/>
              <w:rPr>
                <w:rFonts w:asciiTheme="minorEastAsia" w:eastAsiaTheme="minorEastAsia" w:hAnsiTheme="minorEastAsia"/>
                <w:b/>
                <w:bCs/>
                <w:color w:val="C0504D" w:themeColor="accent2"/>
                <w:sz w:val="16"/>
                <w:szCs w:val="16"/>
                <w:lang w:eastAsia="ja-JP"/>
              </w:rPr>
            </w:pPr>
            <w:r w:rsidRPr="00B37EAB">
              <w:rPr>
                <w:rFonts w:asciiTheme="minorEastAsia" w:eastAsiaTheme="minorEastAsia" w:hAnsiTheme="minorEastAsia" w:hint="eastAsia"/>
                <w:b/>
                <w:bCs/>
                <w:color w:val="C0504D" w:themeColor="accent2"/>
                <w:sz w:val="16"/>
                <w:szCs w:val="16"/>
                <w:lang w:eastAsia="ja-JP"/>
              </w:rPr>
              <w:t>※沖縄県内の場合は市町村を記載してください。県外の場合は都道府県の記載をお願いします。</w:t>
            </w:r>
          </w:p>
          <w:p w14:paraId="65900D53" w14:textId="77777777" w:rsidR="00990499" w:rsidRDefault="00990499" w:rsidP="00990499">
            <w:pPr>
              <w:spacing w:line="252" w:lineRule="auto"/>
              <w:rPr>
                <w:rFonts w:asciiTheme="minorEastAsia" w:eastAsiaTheme="minorEastAsia" w:hAnsiTheme="minorEastAsia"/>
                <w:color w:val="C0504D" w:themeColor="accent2"/>
                <w:sz w:val="18"/>
                <w:szCs w:val="18"/>
                <w:lang w:eastAsia="ja-JP"/>
              </w:rPr>
            </w:pPr>
          </w:p>
          <w:p w14:paraId="401A24EB" w14:textId="625C22AF" w:rsidR="00990499" w:rsidRPr="00B37EAB" w:rsidRDefault="00990499" w:rsidP="00990499">
            <w:pPr>
              <w:spacing w:line="252" w:lineRule="auto"/>
              <w:rPr>
                <w:rFonts w:asciiTheme="minorEastAsia" w:eastAsiaTheme="minorEastAsia" w:hAnsiTheme="minorEastAsia"/>
                <w:sz w:val="18"/>
                <w:szCs w:val="18"/>
                <w:lang w:eastAsia="ja-JP"/>
              </w:rPr>
            </w:pPr>
          </w:p>
        </w:tc>
      </w:tr>
      <w:tr w:rsidR="00990499" w:rsidRPr="00A65D8E" w14:paraId="7F480E7D" w14:textId="77777777" w:rsidTr="00B37EAB">
        <w:trPr>
          <w:trHeight w:val="1035"/>
          <w:jc w:val="center"/>
        </w:trPr>
        <w:tc>
          <w:tcPr>
            <w:tcW w:w="2657" w:type="dxa"/>
            <w:shd w:val="clear" w:color="auto" w:fill="EAF1DD" w:themeFill="accent3" w:themeFillTint="33"/>
            <w:vAlign w:val="center"/>
          </w:tcPr>
          <w:p w14:paraId="41670B1A" w14:textId="77777777" w:rsidR="00990499" w:rsidRPr="00A65D8E" w:rsidRDefault="00990499" w:rsidP="00990499">
            <w:pPr>
              <w:spacing w:line="252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A65D8E">
              <w:rPr>
                <w:rFonts w:asciiTheme="minorEastAsia" w:eastAsiaTheme="minorEastAsia" w:hAnsiTheme="minorEastAsia"/>
                <w:b/>
                <w:sz w:val="21"/>
                <w:szCs w:val="21"/>
              </w:rPr>
              <w:t>貸出機材</w:t>
            </w:r>
          </w:p>
        </w:tc>
        <w:tc>
          <w:tcPr>
            <w:tcW w:w="7972" w:type="dxa"/>
            <w:gridSpan w:val="3"/>
            <w:vAlign w:val="center"/>
          </w:tcPr>
          <w:p w14:paraId="4AAD8EB2" w14:textId="48B42FC5" w:rsidR="00990499" w:rsidRPr="00A65D8E" w:rsidRDefault="00990499" w:rsidP="00990499">
            <w:pPr>
              <w:spacing w:line="252" w:lineRule="auto"/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</w:pPr>
            <w:r w:rsidRPr="00A65D8E"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  <w:t>□モニター　□ホワイトボード</w:t>
            </w:r>
            <w:r w:rsidRPr="00A65D8E"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  <w:br/>
            </w:r>
            <w:r w:rsidRPr="00A65D8E">
              <w:rPr>
                <w:rFonts w:asciiTheme="minorEastAsia" w:eastAsiaTheme="minorEastAsia" w:hAnsiTheme="minorEastAsia"/>
                <w:color w:val="4F81BD" w:themeColor="accent1"/>
                <w:sz w:val="18"/>
                <w:szCs w:val="18"/>
                <w:lang w:eastAsia="ja-JP"/>
              </w:rPr>
              <w:t>※モニター使用時はPC本体・HDMIケーブルをご持参ください。</w:t>
            </w:r>
            <w:r w:rsidRPr="00A65D8E">
              <w:rPr>
                <w:rFonts w:asciiTheme="minorEastAsia" w:eastAsiaTheme="minorEastAsia" w:hAnsiTheme="minorEastAsia"/>
                <w:color w:val="4F81BD" w:themeColor="accent1"/>
                <w:sz w:val="18"/>
                <w:szCs w:val="18"/>
                <w:lang w:eastAsia="ja-JP"/>
              </w:rPr>
              <w:br/>
              <w:t>※ホワイトボード使用時はマグネット・養生テープ等をご持参ください。</w:t>
            </w:r>
          </w:p>
        </w:tc>
      </w:tr>
      <w:tr w:rsidR="00990499" w:rsidRPr="00A65D8E" w14:paraId="69548520" w14:textId="77777777" w:rsidTr="00B37EAB">
        <w:trPr>
          <w:trHeight w:val="1958"/>
          <w:jc w:val="center"/>
        </w:trPr>
        <w:tc>
          <w:tcPr>
            <w:tcW w:w="2657" w:type="dxa"/>
            <w:shd w:val="clear" w:color="auto" w:fill="EAF1DD" w:themeFill="accent3" w:themeFillTint="33"/>
            <w:vAlign w:val="center"/>
          </w:tcPr>
          <w:p w14:paraId="0A60CAB9" w14:textId="77777777" w:rsidR="00990499" w:rsidRPr="00A65D8E" w:rsidRDefault="00990499" w:rsidP="00990499">
            <w:pPr>
              <w:spacing w:line="252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A65D8E">
              <w:rPr>
                <w:rFonts w:asciiTheme="minorEastAsia" w:eastAsiaTheme="minorEastAsia" w:hAnsiTheme="minorEastAsia"/>
                <w:b/>
                <w:sz w:val="21"/>
                <w:szCs w:val="21"/>
              </w:rPr>
              <w:t>紹介文（150文字以内）</w:t>
            </w:r>
          </w:p>
        </w:tc>
        <w:tc>
          <w:tcPr>
            <w:tcW w:w="7972" w:type="dxa"/>
            <w:gridSpan w:val="3"/>
            <w:vAlign w:val="center"/>
          </w:tcPr>
          <w:p w14:paraId="7C034D3D" w14:textId="77777777" w:rsidR="00990499" w:rsidRDefault="00990499" w:rsidP="00990499">
            <w:pPr>
              <w:spacing w:line="252" w:lineRule="auto"/>
              <w:rPr>
                <w:rFonts w:asciiTheme="minorEastAsia" w:eastAsiaTheme="minorEastAsia" w:hAnsiTheme="minorEastAsia"/>
                <w:color w:val="C0504D" w:themeColor="accent2"/>
                <w:sz w:val="21"/>
                <w:szCs w:val="21"/>
                <w:lang w:eastAsia="ja-JP"/>
              </w:rPr>
            </w:pPr>
            <w:r w:rsidRPr="00B37EAB">
              <w:rPr>
                <w:rFonts w:asciiTheme="minorEastAsia" w:eastAsiaTheme="minorEastAsia" w:hAnsiTheme="minorEastAsia"/>
                <w:color w:val="C0504D" w:themeColor="accent2"/>
                <w:sz w:val="21"/>
                <w:szCs w:val="21"/>
                <w:lang w:eastAsia="ja-JP"/>
              </w:rPr>
              <w:t>学生への周知文として使用します。</w:t>
            </w:r>
          </w:p>
          <w:p w14:paraId="3E4DD1AE" w14:textId="452A1F65" w:rsidR="00990499" w:rsidRPr="00A65D8E" w:rsidRDefault="00990499" w:rsidP="00990499">
            <w:pPr>
              <w:spacing w:line="252" w:lineRule="auto"/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</w:pPr>
            <w:r w:rsidRPr="00B37EAB">
              <w:rPr>
                <w:rFonts w:asciiTheme="minorEastAsia" w:eastAsiaTheme="minorEastAsia" w:hAnsiTheme="minorEastAsia"/>
                <w:color w:val="C0504D" w:themeColor="accent2"/>
                <w:sz w:val="21"/>
                <w:szCs w:val="21"/>
                <w:lang w:eastAsia="ja-JP"/>
              </w:rPr>
              <w:t>園・施設等の特徴や募集職種等を簡潔にご記載ください。</w:t>
            </w:r>
            <w:r w:rsidRPr="00B37EAB">
              <w:rPr>
                <w:rFonts w:asciiTheme="minorEastAsia" w:eastAsiaTheme="minorEastAsia" w:hAnsiTheme="minorEastAsia"/>
                <w:color w:val="C0504D" w:themeColor="accent2"/>
                <w:sz w:val="21"/>
                <w:szCs w:val="21"/>
                <w:lang w:eastAsia="ja-JP"/>
              </w:rPr>
              <w:br/>
            </w:r>
            <w:r w:rsidRPr="00A65D8E"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  <w:br/>
            </w:r>
            <w:r w:rsidRPr="00A65D8E"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  <w:br/>
            </w:r>
          </w:p>
          <w:p w14:paraId="0D1492E8" w14:textId="77777777" w:rsidR="00990499" w:rsidRPr="00A65D8E" w:rsidRDefault="00990499" w:rsidP="00990499">
            <w:pPr>
              <w:spacing w:line="252" w:lineRule="auto"/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</w:pPr>
          </w:p>
        </w:tc>
      </w:tr>
    </w:tbl>
    <w:p w14:paraId="69194546" w14:textId="77777777" w:rsidR="001B3216" w:rsidRPr="00A65D8E" w:rsidRDefault="001B1505">
      <w:pPr>
        <w:spacing w:before="40" w:after="0" w:line="252" w:lineRule="auto"/>
        <w:rPr>
          <w:rFonts w:asciiTheme="minorEastAsia" w:eastAsiaTheme="minorEastAsia" w:hAnsiTheme="minorEastAsia"/>
          <w:sz w:val="21"/>
          <w:szCs w:val="21"/>
        </w:rPr>
      </w:pPr>
      <w:r w:rsidRPr="00A65D8E">
        <w:rPr>
          <w:rFonts w:asciiTheme="minorEastAsia" w:eastAsiaTheme="minorEastAsia" w:hAnsiTheme="minorEastAsia"/>
          <w:b/>
          <w:sz w:val="21"/>
          <w:szCs w:val="21"/>
        </w:rPr>
        <w:t>【お問い合わせ先】沖縄女子短期大学　教学課　津波古　TEL：098-882-9003　E-mail：gakuseibu@owjc.ac.jp</w:t>
      </w:r>
    </w:p>
    <w:sectPr w:rsidR="001B3216" w:rsidRPr="00A65D8E" w:rsidSect="00034616">
      <w:pgSz w:w="12240" w:h="15840"/>
      <w:pgMar w:top="794" w:right="850" w:bottom="794" w:left="85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472927" w14:textId="77777777" w:rsidR="00EA4E8D" w:rsidRDefault="00EA4E8D" w:rsidP="00B37EAB">
      <w:pPr>
        <w:spacing w:after="0" w:line="240" w:lineRule="auto"/>
      </w:pPr>
      <w:r>
        <w:separator/>
      </w:r>
    </w:p>
  </w:endnote>
  <w:endnote w:type="continuationSeparator" w:id="0">
    <w:p w14:paraId="74F5AC9C" w14:textId="77777777" w:rsidR="00EA4E8D" w:rsidRDefault="00EA4E8D" w:rsidP="00B37E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0BA63E" w14:textId="77777777" w:rsidR="00EA4E8D" w:rsidRDefault="00EA4E8D" w:rsidP="00B37EAB">
      <w:pPr>
        <w:spacing w:after="0" w:line="240" w:lineRule="auto"/>
      </w:pPr>
      <w:r>
        <w:separator/>
      </w:r>
    </w:p>
  </w:footnote>
  <w:footnote w:type="continuationSeparator" w:id="0">
    <w:p w14:paraId="1CBB2540" w14:textId="77777777" w:rsidR="00EA4E8D" w:rsidRDefault="00EA4E8D" w:rsidP="00B37E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96952956">
    <w:abstractNumId w:val="8"/>
  </w:num>
  <w:num w:numId="2" w16cid:durableId="112289442">
    <w:abstractNumId w:val="6"/>
  </w:num>
  <w:num w:numId="3" w16cid:durableId="1686324990">
    <w:abstractNumId w:val="5"/>
  </w:num>
  <w:num w:numId="4" w16cid:durableId="541789836">
    <w:abstractNumId w:val="4"/>
  </w:num>
  <w:num w:numId="5" w16cid:durableId="1110512199">
    <w:abstractNumId w:val="7"/>
  </w:num>
  <w:num w:numId="6" w16cid:durableId="329528371">
    <w:abstractNumId w:val="3"/>
  </w:num>
  <w:num w:numId="7" w16cid:durableId="846213582">
    <w:abstractNumId w:val="2"/>
  </w:num>
  <w:num w:numId="8" w16cid:durableId="1851144312">
    <w:abstractNumId w:val="1"/>
  </w:num>
  <w:num w:numId="9" w16cid:durableId="21113157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51D58"/>
    <w:rsid w:val="0006063C"/>
    <w:rsid w:val="0015074B"/>
    <w:rsid w:val="001B1505"/>
    <w:rsid w:val="001B3216"/>
    <w:rsid w:val="001F340B"/>
    <w:rsid w:val="00217C70"/>
    <w:rsid w:val="0029639D"/>
    <w:rsid w:val="00326F90"/>
    <w:rsid w:val="004737D8"/>
    <w:rsid w:val="004C0986"/>
    <w:rsid w:val="006B4284"/>
    <w:rsid w:val="006C4545"/>
    <w:rsid w:val="00756AF3"/>
    <w:rsid w:val="008836CB"/>
    <w:rsid w:val="00990499"/>
    <w:rsid w:val="00A52B0D"/>
    <w:rsid w:val="00A65D8E"/>
    <w:rsid w:val="00AA1D8D"/>
    <w:rsid w:val="00B37EAB"/>
    <w:rsid w:val="00B47730"/>
    <w:rsid w:val="00CB0664"/>
    <w:rsid w:val="00EA4E8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20D27B0"/>
  <w14:defaultImageDpi w14:val="300"/>
  <w15:docId w15:val="{F5633367-3CC6-4C0F-BFB2-370A13CF9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Yu Gothic" w:eastAsia="Yu Gothic" w:hAnsi="Yu Gothic"/>
      <w:sz w:val="19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262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1758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津波古 吟枝</cp:lastModifiedBy>
  <cp:revision>12</cp:revision>
  <dcterms:created xsi:type="dcterms:W3CDTF">2013-12-23T23:15:00Z</dcterms:created>
  <dcterms:modified xsi:type="dcterms:W3CDTF">2026-09-01T02:47:00Z</dcterms:modified>
  <cp:category/>
</cp:coreProperties>
</file>